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814A1" w14:textId="00B5072F" w:rsidR="00FE2186" w:rsidRDefault="00000000">
      <w:pPr>
        <w:widowControl w:val="0"/>
        <w:spacing w:before="557" w:after="0" w:line="276" w:lineRule="exact"/>
        <w:ind w:left="1035"/>
      </w:pPr>
      <w:r>
        <w:rPr>
          <w:rFonts w:ascii="Times New Roman" w:hAnsi="Times New Roman"/>
          <w:b/>
          <w:sz w:val="24"/>
        </w:rPr>
        <w:t>FORMULARZ ZGŁOSZENIOWY DO VII</w:t>
      </w:r>
      <w:r w:rsidR="00A44BCC"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b/>
          <w:sz w:val="24"/>
        </w:rPr>
        <w:t xml:space="preserve"> BIEGU SZTAFETOWEGO   </w:t>
      </w:r>
    </w:p>
    <w:p w14:paraId="248C55EF" w14:textId="77777777" w:rsidR="00FE2186" w:rsidRDefault="00000000">
      <w:pPr>
        <w:widowControl w:val="0"/>
        <w:spacing w:after="0" w:line="276" w:lineRule="exact"/>
        <w:ind w:left="1337"/>
      </w:pPr>
      <w:r>
        <w:rPr>
          <w:rFonts w:ascii="Times New Roman" w:hAnsi="Times New Roman"/>
          <w:b/>
          <w:sz w:val="24"/>
        </w:rPr>
        <w:t xml:space="preserve">GMINY HRUBIESZÓW, Z OKAZJI ROCZNICYODZYSKANIA </w:t>
      </w:r>
    </w:p>
    <w:p w14:paraId="36C96573" w14:textId="77777777" w:rsidR="00FE2186" w:rsidRDefault="00000000">
      <w:pPr>
        <w:widowControl w:val="0"/>
        <w:spacing w:after="0" w:line="276" w:lineRule="exact"/>
        <w:ind w:left="2652"/>
      </w:pPr>
      <w:r>
        <w:rPr>
          <w:rFonts w:ascii="Times New Roman" w:hAnsi="Times New Roman"/>
          <w:b/>
          <w:sz w:val="24"/>
        </w:rPr>
        <w:t xml:space="preserve">NIEPODLEGŁOŚCI PRZEZ POLSKĘ” </w:t>
      </w:r>
    </w:p>
    <w:p w14:paraId="6745CC62" w14:textId="77777777" w:rsidR="00FE2186" w:rsidRDefault="00000000">
      <w:pPr>
        <w:widowControl w:val="0"/>
        <w:spacing w:before="271" w:after="0" w:line="276" w:lineRule="exact"/>
        <w:ind w:left="216"/>
      </w:pPr>
      <w:r>
        <w:rPr>
          <w:rFonts w:ascii="Times New Roman" w:hAnsi="Times New Roman"/>
          <w:sz w:val="24"/>
        </w:rPr>
        <w:t xml:space="preserve">1. IMIĘ I NAZWISKO: ....................................................................................................... </w:t>
      </w:r>
    </w:p>
    <w:p w14:paraId="7BBEC31C" w14:textId="77777777" w:rsidR="00FE2186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2. DATA I MIEJSCE URODZENIA: ................................................................................. </w:t>
      </w:r>
    </w:p>
    <w:p w14:paraId="604FFE82" w14:textId="77777777" w:rsidR="00FE2186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3. NUMER PESEL: .............................................................................................................. </w:t>
      </w:r>
    </w:p>
    <w:p w14:paraId="77E3AC72" w14:textId="77777777" w:rsidR="00FE2186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4. KONTAKT: ...................................................................................................................... </w:t>
      </w:r>
    </w:p>
    <w:p w14:paraId="745B8ED7" w14:textId="77777777" w:rsidR="00FE2186" w:rsidRDefault="00000000">
      <w:pPr>
        <w:widowControl w:val="0"/>
        <w:spacing w:before="552" w:after="0" w:line="276" w:lineRule="exact"/>
        <w:ind w:left="216"/>
      </w:pPr>
      <w:r>
        <w:rPr>
          <w:rFonts w:ascii="Times New Roman" w:hAnsi="Times New Roman"/>
          <w:sz w:val="24"/>
        </w:rPr>
        <w:t xml:space="preserve">OŚWIADCZENIA </w:t>
      </w:r>
    </w:p>
    <w:p w14:paraId="7783D101" w14:textId="77777777" w:rsidR="00FE2186" w:rsidRDefault="00000000">
      <w:pPr>
        <w:widowControl w:val="0"/>
        <w:spacing w:before="277" w:after="0" w:line="276" w:lineRule="exact"/>
        <w:ind w:left="216"/>
      </w:pPr>
      <w:r>
        <w:rPr>
          <w:rFonts w:ascii="Times New Roman" w:hAnsi="Times New Roman"/>
          <w:sz w:val="24"/>
        </w:rPr>
        <w:t xml:space="preserve">□ </w:t>
      </w:r>
      <w:proofErr w:type="spellStart"/>
      <w:r>
        <w:rPr>
          <w:rFonts w:ascii="Times New Roman" w:hAnsi="Times New Roman"/>
          <w:sz w:val="24"/>
        </w:rPr>
        <w:t>Wyrażam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zgodę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udział</w:t>
      </w:r>
      <w:proofErr w:type="spellEnd"/>
      <w:r>
        <w:rPr>
          <w:rFonts w:ascii="Times New Roman" w:hAnsi="Times New Roman"/>
          <w:sz w:val="24"/>
        </w:rPr>
        <w:t xml:space="preserve"> w VII BIEGU SZTAFETOWYM GMINY HRUBIESZÓW,  </w:t>
      </w:r>
    </w:p>
    <w:p w14:paraId="16F5F9CB" w14:textId="77777777" w:rsidR="00FE2186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Z OKAZJI ROCZNICY ODZYSKANIA NIEPODLEGŁOŚCI PRZEZ POLSKĘ, </w:t>
      </w:r>
    </w:p>
    <w:p w14:paraId="757C9FE8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organizowanym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przez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Gminę</w:t>
      </w:r>
      <w:proofErr w:type="spellEnd"/>
      <w:r>
        <w:rPr>
          <w:rFonts w:ascii="Times New Roman" w:hAnsi="Times New Roman"/>
          <w:sz w:val="24"/>
        </w:rPr>
        <w:t xml:space="preserve"> Hrubieszów  </w:t>
      </w:r>
      <w:proofErr w:type="spellStart"/>
      <w:r>
        <w:rPr>
          <w:rFonts w:ascii="Times New Roman" w:hAnsi="Times New Roman"/>
          <w:sz w:val="24"/>
        </w:rPr>
        <w:t>oraz</w:t>
      </w:r>
      <w:proofErr w:type="spellEnd"/>
      <w:r>
        <w:rPr>
          <w:rFonts w:ascii="Times New Roman" w:hAnsi="Times New Roman"/>
          <w:sz w:val="24"/>
        </w:rPr>
        <w:t xml:space="preserve"> Centrum </w:t>
      </w:r>
      <w:proofErr w:type="spellStart"/>
      <w:r>
        <w:rPr>
          <w:rFonts w:ascii="Times New Roman" w:hAnsi="Times New Roman"/>
          <w:sz w:val="24"/>
        </w:rPr>
        <w:t>Dziedzictwa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Kulturowego</w:t>
      </w:r>
      <w:proofErr w:type="spellEnd"/>
      <w:r>
        <w:rPr>
          <w:rFonts w:ascii="Times New Roman" w:hAnsi="Times New Roman"/>
          <w:sz w:val="24"/>
        </w:rPr>
        <w:t xml:space="preserve">  </w:t>
      </w:r>
    </w:p>
    <w:p w14:paraId="490F8C34" w14:textId="650B825E" w:rsidR="00FE2186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i </w:t>
      </w:r>
      <w:proofErr w:type="spellStart"/>
      <w:r>
        <w:rPr>
          <w:rFonts w:ascii="Times New Roman" w:hAnsi="Times New Roman"/>
          <w:sz w:val="24"/>
        </w:rPr>
        <w:t>Archeologicznego</w:t>
      </w:r>
      <w:proofErr w:type="spellEnd"/>
      <w:r>
        <w:rPr>
          <w:rFonts w:ascii="Times New Roman" w:hAnsi="Times New Roman"/>
          <w:sz w:val="24"/>
        </w:rPr>
        <w:t xml:space="preserve"> Gminy Hrubieszów w </w:t>
      </w:r>
      <w:proofErr w:type="spellStart"/>
      <w:r>
        <w:rPr>
          <w:rFonts w:ascii="Times New Roman" w:hAnsi="Times New Roman"/>
          <w:sz w:val="24"/>
        </w:rPr>
        <w:t>dniu</w:t>
      </w:r>
      <w:proofErr w:type="spellEnd"/>
      <w:r>
        <w:rPr>
          <w:rFonts w:ascii="Times New Roman" w:hAnsi="Times New Roman"/>
          <w:sz w:val="24"/>
        </w:rPr>
        <w:t xml:space="preserve"> 0</w:t>
      </w:r>
      <w:r w:rsidR="00A44BC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.11.202</w:t>
      </w:r>
      <w:r w:rsidR="00A44BC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r. </w:t>
      </w:r>
    </w:p>
    <w:p w14:paraId="748289B8" w14:textId="77777777" w:rsidR="00FE2186" w:rsidRDefault="00000000">
      <w:pPr>
        <w:widowControl w:val="0"/>
        <w:spacing w:before="276" w:after="0" w:line="276" w:lineRule="exact"/>
        <w:ind w:left="216"/>
      </w:pPr>
      <w:r>
        <w:rPr>
          <w:rFonts w:ascii="Times New Roman" w:hAnsi="Times New Roman"/>
          <w:sz w:val="24"/>
        </w:rPr>
        <w:t xml:space="preserve">□ </w:t>
      </w:r>
      <w:proofErr w:type="spellStart"/>
      <w:r>
        <w:rPr>
          <w:rFonts w:ascii="Times New Roman" w:hAnsi="Times New Roman"/>
          <w:sz w:val="24"/>
        </w:rPr>
        <w:t>Informuję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że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znam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regulamin</w:t>
      </w:r>
      <w:proofErr w:type="spellEnd"/>
      <w:r>
        <w:rPr>
          <w:rFonts w:ascii="Times New Roman" w:hAnsi="Times New Roman"/>
          <w:sz w:val="24"/>
        </w:rPr>
        <w:t xml:space="preserve"> i </w:t>
      </w:r>
      <w:proofErr w:type="spellStart"/>
      <w:r>
        <w:rPr>
          <w:rFonts w:ascii="Times New Roman" w:hAnsi="Times New Roman"/>
          <w:sz w:val="24"/>
        </w:rPr>
        <w:t>zobowiązuję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się</w:t>
      </w:r>
      <w:proofErr w:type="spellEnd"/>
      <w:r>
        <w:rPr>
          <w:rFonts w:ascii="Times New Roman" w:hAnsi="Times New Roman"/>
          <w:sz w:val="24"/>
        </w:rPr>
        <w:t xml:space="preserve"> do </w:t>
      </w:r>
      <w:proofErr w:type="spellStart"/>
      <w:r>
        <w:rPr>
          <w:rFonts w:ascii="Times New Roman" w:hAnsi="Times New Roman"/>
          <w:sz w:val="24"/>
        </w:rPr>
        <w:t>jego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przestrzegania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Niniejszym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14:paraId="4EEA4816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oświadczam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że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jestem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zdolny</w:t>
      </w:r>
      <w:proofErr w:type="spellEnd"/>
      <w:r>
        <w:rPr>
          <w:rFonts w:ascii="Times New Roman" w:hAnsi="Times New Roman"/>
          <w:sz w:val="24"/>
        </w:rPr>
        <w:t xml:space="preserve"> do </w:t>
      </w:r>
      <w:proofErr w:type="spellStart"/>
      <w:r>
        <w:rPr>
          <w:rFonts w:ascii="Times New Roman" w:hAnsi="Times New Roman"/>
          <w:sz w:val="24"/>
        </w:rPr>
        <w:t>udziału</w:t>
      </w:r>
      <w:proofErr w:type="spellEnd"/>
      <w:r>
        <w:rPr>
          <w:rFonts w:ascii="Times New Roman" w:hAnsi="Times New Roman"/>
          <w:sz w:val="24"/>
        </w:rPr>
        <w:t xml:space="preserve"> w </w:t>
      </w:r>
      <w:proofErr w:type="spellStart"/>
      <w:r>
        <w:rPr>
          <w:rFonts w:ascii="Times New Roman" w:hAnsi="Times New Roman"/>
          <w:sz w:val="24"/>
        </w:rPr>
        <w:t>biegu</w:t>
      </w:r>
      <w:proofErr w:type="spellEnd"/>
      <w:r>
        <w:rPr>
          <w:rFonts w:ascii="Times New Roman" w:hAnsi="Times New Roman"/>
          <w:sz w:val="24"/>
        </w:rPr>
        <w:t xml:space="preserve"> i </w:t>
      </w:r>
      <w:proofErr w:type="spellStart"/>
      <w:r>
        <w:rPr>
          <w:rFonts w:ascii="Times New Roman" w:hAnsi="Times New Roman"/>
          <w:sz w:val="24"/>
        </w:rPr>
        <w:t>startuję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własną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odpowiedzialność</w:t>
      </w:r>
      <w:proofErr w:type="spellEnd"/>
      <w:r>
        <w:rPr>
          <w:rFonts w:ascii="Times New Roman" w:hAnsi="Times New Roman"/>
          <w:sz w:val="24"/>
        </w:rPr>
        <w:t xml:space="preserve">.  </w:t>
      </w:r>
    </w:p>
    <w:p w14:paraId="0CDC51BB" w14:textId="77777777" w:rsidR="00FE2186" w:rsidRDefault="00000000">
      <w:pPr>
        <w:widowControl w:val="0"/>
        <w:spacing w:before="276" w:after="0" w:line="276" w:lineRule="exact"/>
        <w:ind w:left="216"/>
      </w:pPr>
      <w:r>
        <w:rPr>
          <w:rFonts w:ascii="Times New Roman" w:hAnsi="Times New Roman"/>
          <w:sz w:val="24"/>
        </w:rPr>
        <w:t xml:space="preserve">□ Na </w:t>
      </w:r>
      <w:proofErr w:type="spellStart"/>
      <w:r>
        <w:rPr>
          <w:rFonts w:ascii="Times New Roman" w:hAnsi="Times New Roman"/>
          <w:sz w:val="24"/>
        </w:rPr>
        <w:t>podstawie</w:t>
      </w:r>
      <w:proofErr w:type="spellEnd"/>
      <w:r>
        <w:rPr>
          <w:rFonts w:ascii="Times New Roman" w:hAnsi="Times New Roman"/>
          <w:sz w:val="24"/>
        </w:rPr>
        <w:t xml:space="preserve"> art. 6 </w:t>
      </w:r>
      <w:proofErr w:type="spellStart"/>
      <w:r>
        <w:rPr>
          <w:rFonts w:ascii="Times New Roman" w:hAnsi="Times New Roman"/>
          <w:sz w:val="24"/>
        </w:rPr>
        <w:t>ust</w:t>
      </w:r>
      <w:proofErr w:type="spellEnd"/>
      <w:r>
        <w:rPr>
          <w:rFonts w:ascii="Times New Roman" w:hAnsi="Times New Roman"/>
          <w:sz w:val="24"/>
        </w:rPr>
        <w:t xml:space="preserve">. 1 lit. a </w:t>
      </w:r>
      <w:proofErr w:type="spellStart"/>
      <w:r>
        <w:rPr>
          <w:rFonts w:ascii="Times New Roman" w:hAnsi="Times New Roman"/>
          <w:sz w:val="24"/>
        </w:rPr>
        <w:t>Rozporządzenia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Parlamentu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Europejskiego</w:t>
      </w:r>
      <w:proofErr w:type="spellEnd"/>
      <w:r>
        <w:rPr>
          <w:rFonts w:ascii="Times New Roman" w:hAnsi="Times New Roman"/>
          <w:sz w:val="24"/>
        </w:rPr>
        <w:t xml:space="preserve"> i Rady (UE) </w:t>
      </w:r>
    </w:p>
    <w:p w14:paraId="7B382F53" w14:textId="77777777" w:rsidR="00FE2186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2016/679 z </w:t>
      </w:r>
      <w:proofErr w:type="spellStart"/>
      <w:r>
        <w:rPr>
          <w:rFonts w:ascii="Times New Roman" w:hAnsi="Times New Roman"/>
          <w:sz w:val="24"/>
        </w:rPr>
        <w:t>dnia</w:t>
      </w:r>
      <w:proofErr w:type="spellEnd"/>
      <w:r>
        <w:rPr>
          <w:rFonts w:ascii="Times New Roman" w:hAnsi="Times New Roman"/>
          <w:sz w:val="24"/>
        </w:rPr>
        <w:t xml:space="preserve"> 27 </w:t>
      </w:r>
      <w:proofErr w:type="spellStart"/>
      <w:r>
        <w:rPr>
          <w:rFonts w:ascii="Times New Roman" w:hAnsi="Times New Roman"/>
          <w:sz w:val="24"/>
        </w:rPr>
        <w:t>kwietnia</w:t>
      </w:r>
      <w:proofErr w:type="spellEnd"/>
      <w:r>
        <w:rPr>
          <w:rFonts w:ascii="Times New Roman" w:hAnsi="Times New Roman"/>
          <w:sz w:val="24"/>
        </w:rPr>
        <w:t xml:space="preserve"> 2016 r. w </w:t>
      </w:r>
      <w:proofErr w:type="spellStart"/>
      <w:r>
        <w:rPr>
          <w:rFonts w:ascii="Times New Roman" w:hAnsi="Times New Roman"/>
          <w:sz w:val="24"/>
        </w:rPr>
        <w:t>sprawie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ochrony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osób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fizycznych</w:t>
      </w:r>
      <w:proofErr w:type="spellEnd"/>
      <w:r>
        <w:rPr>
          <w:rFonts w:ascii="Times New Roman" w:hAnsi="Times New Roman"/>
          <w:sz w:val="24"/>
        </w:rPr>
        <w:t xml:space="preserve"> w </w:t>
      </w:r>
      <w:proofErr w:type="spellStart"/>
      <w:r>
        <w:rPr>
          <w:rFonts w:ascii="Times New Roman" w:hAnsi="Times New Roman"/>
          <w:sz w:val="24"/>
        </w:rPr>
        <w:t>związku</w:t>
      </w:r>
      <w:proofErr w:type="spellEnd"/>
      <w:r>
        <w:rPr>
          <w:rFonts w:ascii="Times New Roman" w:hAnsi="Times New Roman"/>
          <w:sz w:val="24"/>
        </w:rPr>
        <w:t xml:space="preserve">  </w:t>
      </w:r>
    </w:p>
    <w:p w14:paraId="357C6C6D" w14:textId="77777777" w:rsidR="00FE2186" w:rsidRDefault="00000000">
      <w:pPr>
        <w:widowControl w:val="0"/>
        <w:spacing w:after="0" w:line="276" w:lineRule="exact"/>
        <w:ind w:left="216"/>
      </w:pPr>
      <w:r>
        <w:rPr>
          <w:rFonts w:ascii="Times New Roman" w:hAnsi="Times New Roman"/>
          <w:sz w:val="24"/>
        </w:rPr>
        <w:t xml:space="preserve">z </w:t>
      </w:r>
      <w:proofErr w:type="spellStart"/>
      <w:r>
        <w:rPr>
          <w:rFonts w:ascii="Times New Roman" w:hAnsi="Times New Roman"/>
          <w:sz w:val="24"/>
        </w:rPr>
        <w:t>przetwarzaniem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danych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osobowych</w:t>
      </w:r>
      <w:proofErr w:type="spellEnd"/>
      <w:r>
        <w:rPr>
          <w:rFonts w:ascii="Times New Roman" w:hAnsi="Times New Roman"/>
          <w:sz w:val="24"/>
        </w:rPr>
        <w:t xml:space="preserve"> i  w </w:t>
      </w:r>
      <w:proofErr w:type="spellStart"/>
      <w:r>
        <w:rPr>
          <w:rFonts w:ascii="Times New Roman" w:hAnsi="Times New Roman"/>
          <w:sz w:val="24"/>
        </w:rPr>
        <w:t>sprawie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swobodnego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przepływu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takich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danych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oraz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14:paraId="01587362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uchylenia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dyrektywy</w:t>
      </w:r>
      <w:proofErr w:type="spellEnd"/>
      <w:r>
        <w:rPr>
          <w:rFonts w:ascii="Times New Roman" w:hAnsi="Times New Roman"/>
          <w:sz w:val="24"/>
        </w:rPr>
        <w:t xml:space="preserve"> 95/46/WE (</w:t>
      </w:r>
      <w:proofErr w:type="spellStart"/>
      <w:r>
        <w:rPr>
          <w:rFonts w:ascii="Times New Roman" w:hAnsi="Times New Roman"/>
          <w:sz w:val="24"/>
        </w:rPr>
        <w:t>ogólne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rozporządzenie</w:t>
      </w:r>
      <w:proofErr w:type="spellEnd"/>
      <w:r>
        <w:rPr>
          <w:rFonts w:ascii="Times New Roman" w:hAnsi="Times New Roman"/>
          <w:sz w:val="24"/>
        </w:rPr>
        <w:t xml:space="preserve"> o </w:t>
      </w:r>
      <w:proofErr w:type="spellStart"/>
      <w:r>
        <w:rPr>
          <w:rFonts w:ascii="Times New Roman" w:hAnsi="Times New Roman"/>
          <w:sz w:val="24"/>
        </w:rPr>
        <w:t>ochronie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danych</w:t>
      </w:r>
      <w:proofErr w:type="spellEnd"/>
      <w:r>
        <w:rPr>
          <w:rFonts w:ascii="Times New Roman" w:hAnsi="Times New Roman"/>
          <w:sz w:val="24"/>
        </w:rPr>
        <w:t xml:space="preserve">) z </w:t>
      </w:r>
      <w:proofErr w:type="spellStart"/>
      <w:r>
        <w:rPr>
          <w:rFonts w:ascii="Times New Roman" w:hAnsi="Times New Roman"/>
          <w:sz w:val="24"/>
        </w:rPr>
        <w:t>dnia</w:t>
      </w:r>
      <w:proofErr w:type="spellEnd"/>
      <w:r>
        <w:rPr>
          <w:rFonts w:ascii="Times New Roman" w:hAnsi="Times New Roman"/>
          <w:sz w:val="24"/>
        </w:rPr>
        <w:t xml:space="preserve"> 27 </w:t>
      </w:r>
    </w:p>
    <w:p w14:paraId="394F2BA7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kwietnia</w:t>
      </w:r>
      <w:proofErr w:type="spellEnd"/>
      <w:r>
        <w:rPr>
          <w:rFonts w:ascii="Times New Roman" w:hAnsi="Times New Roman"/>
          <w:sz w:val="24"/>
        </w:rPr>
        <w:t xml:space="preserve"> 2016 r. (</w:t>
      </w:r>
      <w:proofErr w:type="spellStart"/>
      <w:r>
        <w:rPr>
          <w:rFonts w:ascii="Times New Roman" w:hAnsi="Times New Roman"/>
          <w:sz w:val="24"/>
        </w:rPr>
        <w:t>Dz.Urz.UE.L</w:t>
      </w:r>
      <w:proofErr w:type="spellEnd"/>
      <w:r>
        <w:rPr>
          <w:rFonts w:ascii="Times New Roman" w:hAnsi="Times New Roman"/>
          <w:sz w:val="24"/>
        </w:rPr>
        <w:t xml:space="preserve"> Nr 119, str. 1) </w:t>
      </w:r>
      <w:proofErr w:type="spellStart"/>
      <w:r>
        <w:rPr>
          <w:rFonts w:ascii="Times New Roman" w:hAnsi="Times New Roman"/>
          <w:sz w:val="24"/>
        </w:rPr>
        <w:t>oświadczam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że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wyrażam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zgodę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na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14:paraId="2D4A7039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przetwarzanie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moich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danych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osobowych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niezbędnych</w:t>
      </w:r>
      <w:proofErr w:type="spellEnd"/>
      <w:r>
        <w:rPr>
          <w:rFonts w:ascii="Times New Roman" w:hAnsi="Times New Roman"/>
          <w:sz w:val="24"/>
        </w:rPr>
        <w:t xml:space="preserve"> do </w:t>
      </w:r>
      <w:proofErr w:type="spellStart"/>
      <w:r>
        <w:rPr>
          <w:rFonts w:ascii="Times New Roman" w:hAnsi="Times New Roman"/>
          <w:sz w:val="24"/>
        </w:rPr>
        <w:t>przeprowadzenia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biegu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14:paraId="1BC015BF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organizowanego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przez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Gminę</w:t>
      </w:r>
      <w:proofErr w:type="spellEnd"/>
      <w:r>
        <w:rPr>
          <w:rFonts w:ascii="Times New Roman" w:hAnsi="Times New Roman"/>
          <w:sz w:val="24"/>
        </w:rPr>
        <w:t xml:space="preserve"> Hrubieszów </w:t>
      </w:r>
      <w:proofErr w:type="spellStart"/>
      <w:r>
        <w:rPr>
          <w:rFonts w:ascii="Times New Roman" w:hAnsi="Times New Roman"/>
          <w:sz w:val="24"/>
        </w:rPr>
        <w:t>oraz</w:t>
      </w:r>
      <w:proofErr w:type="spellEnd"/>
      <w:r>
        <w:rPr>
          <w:rFonts w:ascii="Times New Roman" w:hAnsi="Times New Roman"/>
          <w:sz w:val="24"/>
        </w:rPr>
        <w:t xml:space="preserve"> Centrum </w:t>
      </w:r>
      <w:proofErr w:type="spellStart"/>
      <w:r>
        <w:rPr>
          <w:rFonts w:ascii="Times New Roman" w:hAnsi="Times New Roman"/>
          <w:sz w:val="24"/>
        </w:rPr>
        <w:t>Dziedzictwa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Kulturowego</w:t>
      </w:r>
      <w:proofErr w:type="spellEnd"/>
      <w:r>
        <w:rPr>
          <w:rFonts w:ascii="Times New Roman" w:hAnsi="Times New Roman"/>
          <w:sz w:val="24"/>
        </w:rPr>
        <w:t xml:space="preserve"> i </w:t>
      </w:r>
    </w:p>
    <w:p w14:paraId="330F0E77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Archeologicznego</w:t>
      </w:r>
      <w:proofErr w:type="spellEnd"/>
      <w:r>
        <w:rPr>
          <w:rFonts w:ascii="Times New Roman" w:hAnsi="Times New Roman"/>
          <w:sz w:val="24"/>
        </w:rPr>
        <w:t xml:space="preserve"> Gminy Hrubieszów. Zgoda </w:t>
      </w:r>
      <w:proofErr w:type="spellStart"/>
      <w:r>
        <w:rPr>
          <w:rFonts w:ascii="Times New Roman" w:hAnsi="Times New Roman"/>
          <w:sz w:val="24"/>
        </w:rPr>
        <w:t>obejmuje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przetwarzanie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takich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danych</w:t>
      </w:r>
      <w:proofErr w:type="spellEnd"/>
      <w:r>
        <w:rPr>
          <w:rFonts w:ascii="Times New Roman" w:hAnsi="Times New Roman"/>
          <w:sz w:val="24"/>
        </w:rPr>
        <w:t xml:space="preserve"> jak: </w:t>
      </w:r>
    </w:p>
    <w:p w14:paraId="63AAA90B" w14:textId="77777777" w:rsidR="00FE2186" w:rsidRDefault="00000000">
      <w:pPr>
        <w:widowControl w:val="0"/>
        <w:spacing w:after="0" w:line="276" w:lineRule="exact"/>
        <w:ind w:left="216"/>
      </w:pPr>
      <w:proofErr w:type="spellStart"/>
      <w:r>
        <w:rPr>
          <w:rFonts w:ascii="Times New Roman" w:hAnsi="Times New Roman"/>
          <w:sz w:val="24"/>
        </w:rPr>
        <w:t>wizerunek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imię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nazwisko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 </w:t>
      </w:r>
    </w:p>
    <w:p w14:paraId="25240595" w14:textId="77777777" w:rsidR="00FE2186" w:rsidRDefault="00000000">
      <w:pPr>
        <w:widowControl w:val="0"/>
        <w:spacing w:before="2208" w:after="0" w:line="276" w:lineRule="exact"/>
        <w:ind w:left="6229"/>
      </w:pPr>
      <w:r>
        <w:rPr>
          <w:rFonts w:ascii="Times New Roman" w:hAnsi="Times New Roman"/>
          <w:sz w:val="24"/>
        </w:rPr>
        <w:t xml:space="preserve">………………………………... </w:t>
      </w:r>
    </w:p>
    <w:p w14:paraId="71F6DEE5" w14:textId="6B1B2270" w:rsidR="00FE2186" w:rsidRDefault="00A44BCC" w:rsidP="00A44BCC">
      <w:pPr>
        <w:widowControl w:val="0"/>
        <w:spacing w:after="0" w:line="276" w:lineRule="exact"/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Data i </w:t>
      </w:r>
      <w:proofErr w:type="spellStart"/>
      <w:r>
        <w:rPr>
          <w:rFonts w:ascii="Times New Roman" w:hAnsi="Times New Roman"/>
          <w:sz w:val="24"/>
        </w:rPr>
        <w:t>czytelny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podpis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14:paraId="26D1F91E" w14:textId="77777777" w:rsidR="00FE2186" w:rsidRDefault="00000000">
      <w:pPr>
        <w:widowControl w:val="0"/>
        <w:spacing w:before="1517" w:after="0" w:line="276" w:lineRule="exact"/>
        <w:ind w:left="4429"/>
      </w:pPr>
      <w:r>
        <w:rPr>
          <w:rFonts w:ascii="Times New Roman" w:hAnsi="Times New Roman"/>
          <w:sz w:val="24"/>
        </w:rPr>
        <w:t xml:space="preserve">                                                                                . </w:t>
      </w:r>
    </w:p>
    <w:p w14:paraId="604ECC89" w14:textId="77777777" w:rsidR="00FE2186" w:rsidRDefault="00FE2186">
      <w:pPr>
        <w:sectPr w:rsidR="00FE2186">
          <w:pgSz w:w="11906" w:h="16838"/>
          <w:pgMar w:top="1200" w:right="800" w:bottom="800" w:left="1200" w:header="720" w:footer="720" w:gutter="0"/>
          <w:cols w:space="720"/>
          <w:docGrid w:linePitch="360"/>
        </w:sectPr>
      </w:pPr>
    </w:p>
    <w:p w14:paraId="2E09A8F2" w14:textId="77777777" w:rsidR="00A44BCC" w:rsidRDefault="00A44BCC" w:rsidP="00A44BCC">
      <w:pPr>
        <w:spacing w:after="0" w:line="240" w:lineRule="auto"/>
        <w:rPr>
          <w:sz w:val="16"/>
          <w:szCs w:val="16"/>
        </w:rPr>
      </w:pPr>
    </w:p>
    <w:p w14:paraId="5AC79143" w14:textId="77777777" w:rsidR="00A44BCC" w:rsidRDefault="00A44BCC" w:rsidP="00A44BCC">
      <w:pPr>
        <w:spacing w:line="240" w:lineRule="auto"/>
        <w:jc w:val="center"/>
        <w:rPr>
          <w:rFonts w:ascii="Calibri Light" w:hAnsi="Calibri Light" w:cs="Calibri Light"/>
          <w:b/>
          <w:sz w:val="18"/>
          <w:szCs w:val="20"/>
        </w:rPr>
      </w:pPr>
    </w:p>
    <w:p w14:paraId="4BEC125F" w14:textId="77777777" w:rsidR="00D633D4" w:rsidRDefault="00D633D4" w:rsidP="00D633D4">
      <w:pPr>
        <w:widowControl w:val="0"/>
        <w:spacing w:before="427" w:after="0" w:line="196" w:lineRule="exact"/>
        <w:ind w:left="2777"/>
      </w:pPr>
      <w:proofErr w:type="spellStart"/>
      <w:r>
        <w:rPr>
          <w:rFonts w:ascii="Calibri Light" w:hAnsi="Calibri Light"/>
          <w:sz w:val="18"/>
        </w:rPr>
        <w:t>Informacja</w:t>
      </w:r>
      <w:proofErr w:type="spellEnd"/>
      <w:r>
        <w:rPr>
          <w:rFonts w:ascii="Calibri Light" w:hAnsi="Calibri Light"/>
          <w:sz w:val="18"/>
        </w:rPr>
        <w:t xml:space="preserve"> </w:t>
      </w:r>
      <w:proofErr w:type="spellStart"/>
      <w:r>
        <w:rPr>
          <w:rFonts w:ascii="Calibri Light" w:hAnsi="Calibri Light"/>
          <w:sz w:val="18"/>
        </w:rPr>
        <w:t>dotycząca</w:t>
      </w:r>
      <w:proofErr w:type="spellEnd"/>
      <w:r>
        <w:rPr>
          <w:rFonts w:ascii="Calibri Light" w:hAnsi="Calibri Light"/>
          <w:sz w:val="18"/>
        </w:rPr>
        <w:t xml:space="preserve"> </w:t>
      </w:r>
      <w:proofErr w:type="spellStart"/>
      <w:r>
        <w:rPr>
          <w:rFonts w:ascii="Calibri Light" w:hAnsi="Calibri Light"/>
          <w:sz w:val="18"/>
        </w:rPr>
        <w:t>przetwarzania</w:t>
      </w:r>
      <w:proofErr w:type="spellEnd"/>
      <w:r>
        <w:rPr>
          <w:rFonts w:ascii="Calibri Light" w:hAnsi="Calibri Light"/>
          <w:sz w:val="18"/>
        </w:rPr>
        <w:t xml:space="preserve"> </w:t>
      </w:r>
      <w:proofErr w:type="spellStart"/>
      <w:r>
        <w:rPr>
          <w:rFonts w:ascii="Calibri Light" w:hAnsi="Calibri Light"/>
          <w:sz w:val="18"/>
        </w:rPr>
        <w:t>danych</w:t>
      </w:r>
      <w:proofErr w:type="spellEnd"/>
      <w:r>
        <w:rPr>
          <w:rFonts w:ascii="Calibri Light" w:hAnsi="Calibri Light"/>
          <w:sz w:val="18"/>
        </w:rPr>
        <w:t xml:space="preserve"> </w:t>
      </w:r>
      <w:proofErr w:type="spellStart"/>
      <w:r>
        <w:rPr>
          <w:rFonts w:ascii="Calibri Light" w:hAnsi="Calibri Light"/>
          <w:sz w:val="18"/>
        </w:rPr>
        <w:t>osobowych</w:t>
      </w:r>
      <w:proofErr w:type="spellEnd"/>
      <w:r>
        <w:rPr>
          <w:rFonts w:ascii="Calibri Light" w:hAnsi="Calibri Light"/>
          <w:sz w:val="18"/>
        </w:rPr>
        <w:t xml:space="preserve"> </w:t>
      </w:r>
    </w:p>
    <w:p w14:paraId="3A89A9CB" w14:textId="77777777" w:rsidR="00D633D4" w:rsidRDefault="00D633D4" w:rsidP="00D633D4">
      <w:pPr>
        <w:widowControl w:val="0"/>
        <w:spacing w:before="26" w:after="0" w:line="196" w:lineRule="exact"/>
        <w:ind w:left="216"/>
      </w:pPr>
      <w:r>
        <w:rPr>
          <w:rFonts w:ascii="Calibri Light" w:hAnsi="Calibri Light"/>
          <w:sz w:val="16"/>
        </w:rPr>
        <w:t xml:space="preserve">W </w:t>
      </w:r>
      <w:proofErr w:type="spellStart"/>
      <w:r>
        <w:rPr>
          <w:rFonts w:ascii="Calibri Light" w:hAnsi="Calibri Light"/>
          <w:sz w:val="16"/>
        </w:rPr>
        <w:t>związku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realizacją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wymogów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Rozporządzenia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Parlamentu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Europejskiego</w:t>
      </w:r>
      <w:proofErr w:type="spellEnd"/>
      <w:r>
        <w:rPr>
          <w:rFonts w:ascii="Calibri Light" w:hAnsi="Calibri Light"/>
          <w:sz w:val="16"/>
        </w:rPr>
        <w:t xml:space="preserve"> i Rady (UE) 2016/679 z </w:t>
      </w:r>
      <w:proofErr w:type="spellStart"/>
      <w:r>
        <w:rPr>
          <w:rFonts w:ascii="Calibri Light" w:hAnsi="Calibri Light"/>
          <w:sz w:val="16"/>
        </w:rPr>
        <w:t>dnia</w:t>
      </w:r>
      <w:proofErr w:type="spellEnd"/>
      <w:r>
        <w:rPr>
          <w:rFonts w:ascii="Calibri Light" w:hAnsi="Calibri Light"/>
          <w:sz w:val="16"/>
        </w:rPr>
        <w:t xml:space="preserve"> 27 </w:t>
      </w:r>
      <w:proofErr w:type="spellStart"/>
      <w:r>
        <w:rPr>
          <w:rFonts w:ascii="Calibri Light" w:hAnsi="Calibri Light"/>
          <w:sz w:val="16"/>
        </w:rPr>
        <w:t>kwietnia</w:t>
      </w:r>
      <w:proofErr w:type="spellEnd"/>
      <w:r>
        <w:rPr>
          <w:rFonts w:ascii="Calibri Light" w:hAnsi="Calibri Light"/>
          <w:sz w:val="16"/>
        </w:rPr>
        <w:t xml:space="preserve"> 2016 r. w </w:t>
      </w:r>
      <w:proofErr w:type="spellStart"/>
      <w:r>
        <w:rPr>
          <w:rFonts w:ascii="Calibri Light" w:hAnsi="Calibri Light"/>
          <w:sz w:val="16"/>
        </w:rPr>
        <w:t>sprawie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4E439E12" w14:textId="77777777" w:rsidR="00D633D4" w:rsidRDefault="00D633D4" w:rsidP="00D633D4">
      <w:pPr>
        <w:widowControl w:val="0"/>
        <w:spacing w:after="0" w:line="196" w:lineRule="exact"/>
        <w:ind w:left="216"/>
      </w:pPr>
      <w:proofErr w:type="spellStart"/>
      <w:r>
        <w:rPr>
          <w:rFonts w:ascii="Calibri Light" w:hAnsi="Calibri Light"/>
          <w:sz w:val="16"/>
        </w:rPr>
        <w:t>ochrony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osób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fizycznych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związku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przetwarzaniem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i w </w:t>
      </w:r>
      <w:proofErr w:type="spellStart"/>
      <w:r>
        <w:rPr>
          <w:rFonts w:ascii="Calibri Light" w:hAnsi="Calibri Light"/>
          <w:sz w:val="16"/>
        </w:rPr>
        <w:t>sprawie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swobodnego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przepływu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takich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oraz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uchylenia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131403C4" w14:textId="77777777" w:rsidR="00D633D4" w:rsidRDefault="00D633D4" w:rsidP="00D633D4">
      <w:pPr>
        <w:widowControl w:val="0"/>
        <w:spacing w:after="0" w:line="196" w:lineRule="exact"/>
        <w:ind w:left="216"/>
      </w:pPr>
      <w:proofErr w:type="spellStart"/>
      <w:r>
        <w:rPr>
          <w:rFonts w:ascii="Calibri Light" w:hAnsi="Calibri Light"/>
          <w:sz w:val="16"/>
        </w:rPr>
        <w:t>dyrektywy</w:t>
      </w:r>
      <w:proofErr w:type="spellEnd"/>
      <w:r>
        <w:rPr>
          <w:rFonts w:ascii="Calibri Light" w:hAnsi="Calibri Light"/>
          <w:sz w:val="16"/>
        </w:rPr>
        <w:t xml:space="preserve"> 95/46/WE (</w:t>
      </w:r>
      <w:proofErr w:type="spellStart"/>
      <w:r>
        <w:rPr>
          <w:rFonts w:ascii="Calibri Light" w:hAnsi="Calibri Light"/>
          <w:sz w:val="16"/>
        </w:rPr>
        <w:t>ogólne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rozporządzenie</w:t>
      </w:r>
      <w:proofErr w:type="spellEnd"/>
      <w:r>
        <w:rPr>
          <w:rFonts w:ascii="Calibri Light" w:hAnsi="Calibri Light"/>
          <w:sz w:val="16"/>
        </w:rPr>
        <w:t xml:space="preserve"> o </w:t>
      </w:r>
      <w:proofErr w:type="spellStart"/>
      <w:r>
        <w:rPr>
          <w:rFonts w:ascii="Calibri Light" w:hAnsi="Calibri Light"/>
          <w:sz w:val="16"/>
        </w:rPr>
        <w:t>ochronie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– RODO) w </w:t>
      </w:r>
      <w:proofErr w:type="spellStart"/>
      <w:r>
        <w:rPr>
          <w:rFonts w:ascii="Calibri Light" w:hAnsi="Calibri Light"/>
          <w:sz w:val="16"/>
        </w:rPr>
        <w:t>szczególności</w:t>
      </w:r>
      <w:proofErr w:type="spellEnd"/>
      <w:r>
        <w:rPr>
          <w:rFonts w:ascii="Calibri Light" w:hAnsi="Calibri Light"/>
          <w:sz w:val="16"/>
        </w:rPr>
        <w:t xml:space="preserve"> art. 13 </w:t>
      </w:r>
      <w:proofErr w:type="spellStart"/>
      <w:r>
        <w:rPr>
          <w:rFonts w:ascii="Calibri Light" w:hAnsi="Calibri Light"/>
          <w:sz w:val="16"/>
        </w:rPr>
        <w:t>ust</w:t>
      </w:r>
      <w:proofErr w:type="spellEnd"/>
      <w:r>
        <w:rPr>
          <w:rFonts w:ascii="Calibri Light" w:hAnsi="Calibri Light"/>
          <w:sz w:val="16"/>
        </w:rPr>
        <w:t xml:space="preserve">. 1 i </w:t>
      </w:r>
      <w:proofErr w:type="spellStart"/>
      <w:r>
        <w:rPr>
          <w:rFonts w:ascii="Calibri Light" w:hAnsi="Calibri Light"/>
          <w:sz w:val="16"/>
        </w:rPr>
        <w:t>ust</w:t>
      </w:r>
      <w:proofErr w:type="spellEnd"/>
      <w:r>
        <w:rPr>
          <w:rFonts w:ascii="Calibri Light" w:hAnsi="Calibri Light"/>
          <w:sz w:val="16"/>
        </w:rPr>
        <w:t xml:space="preserve">. 2  </w:t>
      </w:r>
      <w:proofErr w:type="spellStart"/>
      <w:r>
        <w:rPr>
          <w:rFonts w:ascii="Calibri Light" w:hAnsi="Calibri Light"/>
          <w:sz w:val="16"/>
        </w:rPr>
        <w:t>wymienionego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01E126E9" w14:textId="77777777" w:rsidR="00D633D4" w:rsidRDefault="00D633D4" w:rsidP="00D633D4">
      <w:pPr>
        <w:widowControl w:val="0"/>
        <w:spacing w:before="1" w:after="0" w:line="196" w:lineRule="exact"/>
        <w:ind w:left="216"/>
      </w:pPr>
      <w:proofErr w:type="spellStart"/>
      <w:r>
        <w:rPr>
          <w:rFonts w:ascii="Calibri Light" w:hAnsi="Calibri Light"/>
          <w:sz w:val="16"/>
        </w:rPr>
        <w:t>rozporządzenia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oraz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poszanowaniu</w:t>
      </w:r>
      <w:proofErr w:type="spellEnd"/>
      <w:r>
        <w:rPr>
          <w:rFonts w:ascii="Calibri Light" w:hAnsi="Calibri Light"/>
          <w:sz w:val="16"/>
        </w:rPr>
        <w:t xml:space="preserve"> Pani / Pana </w:t>
      </w: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prywatności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prosimy</w:t>
      </w:r>
      <w:proofErr w:type="spellEnd"/>
      <w:r>
        <w:rPr>
          <w:rFonts w:ascii="Calibri Light" w:hAnsi="Calibri Light"/>
          <w:sz w:val="16"/>
        </w:rPr>
        <w:t xml:space="preserve"> o </w:t>
      </w:r>
      <w:proofErr w:type="spellStart"/>
      <w:r>
        <w:rPr>
          <w:rFonts w:ascii="Calibri Light" w:hAnsi="Calibri Light"/>
          <w:sz w:val="16"/>
        </w:rPr>
        <w:t>zapoznanie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się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poniższą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informacją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dotyczącą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zasad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359E6EAB" w14:textId="77777777" w:rsidR="00D633D4" w:rsidRDefault="00D633D4" w:rsidP="00D633D4">
      <w:pPr>
        <w:widowControl w:val="0"/>
        <w:spacing w:after="0" w:line="196" w:lineRule="exact"/>
        <w:ind w:left="216"/>
      </w:pPr>
      <w:proofErr w:type="spellStart"/>
      <w:r>
        <w:rPr>
          <w:rFonts w:ascii="Calibri Light" w:hAnsi="Calibri Light"/>
          <w:sz w:val="16"/>
        </w:rPr>
        <w:t>przetwarzania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przez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nas</w:t>
      </w:r>
      <w:proofErr w:type="spellEnd"/>
      <w:r>
        <w:rPr>
          <w:rFonts w:ascii="Calibri Light" w:hAnsi="Calibri Light"/>
          <w:sz w:val="16"/>
        </w:rPr>
        <w:t xml:space="preserve"> Pani / Pana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, a </w:t>
      </w:r>
      <w:proofErr w:type="spellStart"/>
      <w:r>
        <w:rPr>
          <w:rFonts w:ascii="Calibri Light" w:hAnsi="Calibri Light"/>
          <w:sz w:val="16"/>
        </w:rPr>
        <w:t>także</w:t>
      </w:r>
      <w:proofErr w:type="spellEnd"/>
      <w:r>
        <w:rPr>
          <w:rFonts w:ascii="Calibri Light" w:hAnsi="Calibri Light"/>
          <w:sz w:val="16"/>
        </w:rPr>
        <w:t xml:space="preserve"> o </w:t>
      </w:r>
      <w:proofErr w:type="spellStart"/>
      <w:r>
        <w:rPr>
          <w:rFonts w:ascii="Calibri Light" w:hAnsi="Calibri Light"/>
          <w:sz w:val="16"/>
        </w:rPr>
        <w:t>przysługujących</w:t>
      </w:r>
      <w:proofErr w:type="spellEnd"/>
      <w:r>
        <w:rPr>
          <w:rFonts w:ascii="Calibri Light" w:hAnsi="Calibri Light"/>
          <w:sz w:val="16"/>
        </w:rPr>
        <w:t xml:space="preserve"> Pani/Panu </w:t>
      </w:r>
      <w:proofErr w:type="spellStart"/>
      <w:r>
        <w:rPr>
          <w:rFonts w:ascii="Calibri Light" w:hAnsi="Calibri Light"/>
          <w:sz w:val="16"/>
        </w:rPr>
        <w:t>prawach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tym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związanych</w:t>
      </w:r>
      <w:proofErr w:type="spellEnd"/>
      <w:r>
        <w:rPr>
          <w:rFonts w:ascii="Calibri Light" w:hAnsi="Calibri Light"/>
          <w:sz w:val="16"/>
        </w:rPr>
        <w:t xml:space="preserve">: </w:t>
      </w:r>
    </w:p>
    <w:p w14:paraId="1A086E8B" w14:textId="77777777" w:rsidR="00D633D4" w:rsidRDefault="00D633D4" w:rsidP="00D633D4">
      <w:pPr>
        <w:widowControl w:val="0"/>
        <w:spacing w:after="0" w:line="196" w:lineRule="exact"/>
        <w:ind w:left="576"/>
      </w:pPr>
      <w:r>
        <w:rPr>
          <w:rFonts w:ascii="Calibri Light" w:hAnsi="Calibri Light"/>
          <w:sz w:val="16"/>
        </w:rPr>
        <w:t>1.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Administratorem</w:t>
      </w:r>
      <w:proofErr w:type="spellEnd"/>
      <w:r>
        <w:rPr>
          <w:rFonts w:ascii="Calibri Light" w:hAnsi="Calibri Light"/>
          <w:sz w:val="16"/>
        </w:rPr>
        <w:t xml:space="preserve"> Pani/Pana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jest</w:t>
      </w:r>
      <w:r>
        <w:rPr>
          <w:rFonts w:ascii="Calibri" w:hAnsi="Calibri"/>
        </w:rPr>
        <w:t xml:space="preserve"> </w:t>
      </w:r>
      <w:proofErr w:type="spellStart"/>
      <w:r>
        <w:rPr>
          <w:rFonts w:ascii="Calibri Light" w:hAnsi="Calibri Light" w:cs="Calibri Light"/>
          <w:sz w:val="16"/>
          <w:szCs w:val="20"/>
        </w:rPr>
        <w:t>G</w:t>
      </w:r>
      <w:r w:rsidRPr="006610DC">
        <w:rPr>
          <w:rFonts w:ascii="Calibri Light" w:hAnsi="Calibri Light" w:cs="Calibri Light"/>
          <w:sz w:val="16"/>
          <w:szCs w:val="20"/>
        </w:rPr>
        <w:t>min</w:t>
      </w:r>
      <w:r>
        <w:rPr>
          <w:rFonts w:ascii="Calibri Light" w:hAnsi="Calibri Light" w:cs="Calibri Light"/>
          <w:sz w:val="16"/>
          <w:szCs w:val="20"/>
        </w:rPr>
        <w:t>a</w:t>
      </w:r>
      <w:proofErr w:type="spellEnd"/>
      <w:r w:rsidRPr="006610DC">
        <w:rPr>
          <w:rFonts w:ascii="Calibri Light" w:hAnsi="Calibri Light" w:cs="Calibri Light"/>
          <w:sz w:val="16"/>
          <w:szCs w:val="20"/>
        </w:rPr>
        <w:t xml:space="preserve"> Hrubieszów z </w:t>
      </w:r>
      <w:proofErr w:type="spellStart"/>
      <w:r w:rsidRPr="006610DC">
        <w:rPr>
          <w:rFonts w:ascii="Calibri Light" w:hAnsi="Calibri Light" w:cs="Calibri Light"/>
          <w:sz w:val="16"/>
          <w:szCs w:val="20"/>
        </w:rPr>
        <w:t>siedzibą</w:t>
      </w:r>
      <w:proofErr w:type="spellEnd"/>
      <w:r w:rsidRPr="006610DC">
        <w:rPr>
          <w:rFonts w:ascii="Calibri Light" w:hAnsi="Calibri Light" w:cs="Calibri Light"/>
          <w:sz w:val="16"/>
          <w:szCs w:val="20"/>
        </w:rPr>
        <w:t xml:space="preserve"> ul. B. Prusa 8, 22 - 500  Hrubieszów.</w:t>
      </w:r>
    </w:p>
    <w:p w14:paraId="50857B80" w14:textId="77777777" w:rsidR="00D633D4" w:rsidRDefault="00D633D4" w:rsidP="00D633D4">
      <w:pPr>
        <w:widowControl w:val="0"/>
        <w:spacing w:after="0" w:line="196" w:lineRule="exact"/>
        <w:ind w:left="574"/>
      </w:pPr>
      <w:r>
        <w:rPr>
          <w:rFonts w:ascii="Calibri Light" w:hAnsi="Calibri Light"/>
          <w:sz w:val="16"/>
        </w:rPr>
        <w:t>2.</w:t>
      </w:r>
      <w:r>
        <w:rPr>
          <w:rFonts w:ascii="Arial" w:hAnsi="Arial"/>
          <w:sz w:val="16"/>
        </w:rPr>
        <w:t xml:space="preserve"> </w:t>
      </w:r>
      <w:r>
        <w:rPr>
          <w:rFonts w:ascii="Calibri Light" w:hAnsi="Calibri Light"/>
          <w:sz w:val="16"/>
        </w:rPr>
        <w:t xml:space="preserve">Administrator </w:t>
      </w:r>
      <w:proofErr w:type="spellStart"/>
      <w:r>
        <w:rPr>
          <w:rFonts w:ascii="Calibri Light" w:hAnsi="Calibri Light"/>
          <w:sz w:val="16"/>
        </w:rPr>
        <w:t>wyznaczył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Inspektora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Ochrony</w:t>
      </w:r>
      <w:proofErr w:type="spellEnd"/>
      <w:r>
        <w:rPr>
          <w:rFonts w:ascii="Calibri Light" w:hAnsi="Calibri Light"/>
          <w:sz w:val="16"/>
        </w:rPr>
        <w:t xml:space="preserve"> Danych, z </w:t>
      </w:r>
      <w:proofErr w:type="spellStart"/>
      <w:r>
        <w:rPr>
          <w:rFonts w:ascii="Calibri Light" w:hAnsi="Calibri Light"/>
          <w:sz w:val="16"/>
        </w:rPr>
        <w:t>którym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może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się</w:t>
      </w:r>
      <w:proofErr w:type="spellEnd"/>
      <w:r>
        <w:rPr>
          <w:rFonts w:ascii="Calibri Light" w:hAnsi="Calibri Light"/>
          <w:sz w:val="16"/>
        </w:rPr>
        <w:t xml:space="preserve"> Pani/Pan </w:t>
      </w:r>
      <w:proofErr w:type="spellStart"/>
      <w:r>
        <w:rPr>
          <w:rFonts w:ascii="Calibri Light" w:hAnsi="Calibri Light"/>
          <w:sz w:val="16"/>
        </w:rPr>
        <w:t>kontaktować</w:t>
      </w:r>
      <w:proofErr w:type="spellEnd"/>
      <w:r>
        <w:rPr>
          <w:rFonts w:ascii="Calibri Light" w:hAnsi="Calibri Light"/>
          <w:sz w:val="16"/>
        </w:rPr>
        <w:t xml:space="preserve"> we </w:t>
      </w:r>
      <w:proofErr w:type="spellStart"/>
      <w:r>
        <w:rPr>
          <w:rFonts w:ascii="Calibri Light" w:hAnsi="Calibri Light"/>
          <w:sz w:val="16"/>
        </w:rPr>
        <w:t>wszystkich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sprawach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2BDFAF66" w14:textId="77777777" w:rsidR="00D633D4" w:rsidRDefault="00D633D4" w:rsidP="00D633D4">
      <w:pPr>
        <w:widowControl w:val="0"/>
        <w:spacing w:before="1" w:after="0" w:line="196" w:lineRule="exact"/>
        <w:ind w:left="929"/>
      </w:pPr>
      <w:proofErr w:type="spellStart"/>
      <w:r>
        <w:rPr>
          <w:rFonts w:ascii="Calibri Light" w:hAnsi="Calibri Light"/>
          <w:sz w:val="16"/>
        </w:rPr>
        <w:t>dotyczących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oraz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korzystania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praw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związanych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przetwarzaniem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pisząc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adres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3F58A3FC" w14:textId="77777777" w:rsidR="00D633D4" w:rsidRDefault="00D633D4" w:rsidP="00D633D4">
      <w:pPr>
        <w:widowControl w:val="0"/>
        <w:spacing w:after="0" w:line="196" w:lineRule="exact"/>
        <w:ind w:left="929"/>
      </w:pPr>
      <w:proofErr w:type="spellStart"/>
      <w:r>
        <w:rPr>
          <w:rFonts w:ascii="Calibri Light" w:hAnsi="Calibri Light"/>
          <w:sz w:val="16"/>
        </w:rPr>
        <w:t>siedziby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Administratora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lub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poprzez</w:t>
      </w:r>
      <w:proofErr w:type="spellEnd"/>
      <w:r>
        <w:rPr>
          <w:rFonts w:ascii="Calibri Light" w:hAnsi="Calibri Light"/>
          <w:sz w:val="16"/>
        </w:rPr>
        <w:t xml:space="preserve"> email </w:t>
      </w:r>
      <w:proofErr w:type="spellStart"/>
      <w:r>
        <w:rPr>
          <w:rFonts w:ascii="Calibri Light" w:hAnsi="Calibri Light"/>
          <w:sz w:val="16"/>
        </w:rPr>
        <w:t>wysyłając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wiadomość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adres</w:t>
      </w:r>
      <w:proofErr w:type="spellEnd"/>
      <w:r>
        <w:rPr>
          <w:rFonts w:ascii="Calibri Light" w:hAnsi="Calibri Light"/>
          <w:sz w:val="16"/>
        </w:rPr>
        <w:t xml:space="preserve">: iod@hrubieszow-gmina.pl </w:t>
      </w:r>
    </w:p>
    <w:p w14:paraId="4697E2C6" w14:textId="77777777" w:rsidR="00D633D4" w:rsidRDefault="00D633D4" w:rsidP="00D633D4">
      <w:pPr>
        <w:widowControl w:val="0"/>
        <w:spacing w:after="0" w:line="196" w:lineRule="exact"/>
        <w:ind w:left="576"/>
      </w:pPr>
      <w:r>
        <w:rPr>
          <w:rFonts w:ascii="Calibri Light" w:hAnsi="Calibri Light"/>
          <w:sz w:val="16"/>
        </w:rPr>
        <w:t>3.</w:t>
      </w:r>
      <w:r>
        <w:rPr>
          <w:rFonts w:ascii="Arial" w:hAnsi="Arial"/>
          <w:sz w:val="16"/>
        </w:rPr>
        <w:t xml:space="preserve"> </w:t>
      </w:r>
      <w:r>
        <w:rPr>
          <w:rFonts w:ascii="Calibri Light" w:hAnsi="Calibri Light"/>
          <w:sz w:val="16"/>
        </w:rPr>
        <w:t xml:space="preserve">Pani/Pana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podstawie</w:t>
      </w:r>
      <w:proofErr w:type="spellEnd"/>
      <w:r>
        <w:rPr>
          <w:rFonts w:ascii="Calibri Light" w:hAnsi="Calibri Light"/>
          <w:sz w:val="16"/>
        </w:rPr>
        <w:t xml:space="preserve"> art. 6 pkt 1 lit a RODO. </w:t>
      </w:r>
      <w:proofErr w:type="spellStart"/>
      <w:r>
        <w:rPr>
          <w:rFonts w:ascii="Calibri Light" w:hAnsi="Calibri Light"/>
          <w:sz w:val="16"/>
        </w:rPr>
        <w:t>Przetwarzanie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będzie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odbywać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się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zgodnie</w:t>
      </w:r>
      <w:proofErr w:type="spellEnd"/>
      <w:r>
        <w:rPr>
          <w:rFonts w:ascii="Calibri Light" w:hAnsi="Calibri Light"/>
          <w:sz w:val="16"/>
        </w:rPr>
        <w:t xml:space="preserve"> z </w:t>
      </w:r>
    </w:p>
    <w:p w14:paraId="4BE392CE" w14:textId="77777777" w:rsidR="00D633D4" w:rsidRDefault="00D633D4" w:rsidP="00D633D4">
      <w:pPr>
        <w:widowControl w:val="0"/>
        <w:spacing w:before="1"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obowiązującymi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przepisami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celu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promocji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gminy</w:t>
      </w:r>
      <w:proofErr w:type="spellEnd"/>
      <w:r>
        <w:rPr>
          <w:rFonts w:ascii="Calibri Light" w:hAnsi="Calibri Light"/>
          <w:sz w:val="16"/>
        </w:rPr>
        <w:t xml:space="preserve"> Hrubieszów, </w:t>
      </w:r>
      <w:proofErr w:type="spellStart"/>
      <w:r>
        <w:rPr>
          <w:rFonts w:ascii="Calibri Light" w:hAnsi="Calibri Light"/>
          <w:sz w:val="16"/>
        </w:rPr>
        <w:t>dokumentowania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archiwizowania</w:t>
      </w:r>
      <w:proofErr w:type="spellEnd"/>
      <w:r>
        <w:rPr>
          <w:rFonts w:ascii="Calibri Light" w:hAnsi="Calibri Light"/>
          <w:sz w:val="16"/>
        </w:rPr>
        <w:t xml:space="preserve"> i </w:t>
      </w:r>
      <w:proofErr w:type="spellStart"/>
      <w:r>
        <w:rPr>
          <w:rFonts w:ascii="Calibri Light" w:hAnsi="Calibri Light"/>
          <w:sz w:val="16"/>
        </w:rPr>
        <w:t>rozpowszechniania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7483D09C" w14:textId="77777777" w:rsidR="00D633D4" w:rsidRDefault="00D633D4" w:rsidP="00D633D4">
      <w:pPr>
        <w:widowControl w:val="0"/>
        <w:spacing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informacji</w:t>
      </w:r>
      <w:proofErr w:type="spellEnd"/>
      <w:r>
        <w:rPr>
          <w:rFonts w:ascii="Calibri Light" w:hAnsi="Calibri Light"/>
          <w:sz w:val="16"/>
        </w:rPr>
        <w:t xml:space="preserve"> o </w:t>
      </w:r>
      <w:proofErr w:type="spellStart"/>
      <w:r>
        <w:rPr>
          <w:rFonts w:ascii="Calibri Light" w:hAnsi="Calibri Light"/>
          <w:sz w:val="16"/>
        </w:rPr>
        <w:t>działaniach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podejmowanych</w:t>
      </w:r>
      <w:proofErr w:type="spellEnd"/>
      <w:r>
        <w:rPr>
          <w:rFonts w:ascii="Calibri Light" w:hAnsi="Calibri Light"/>
          <w:sz w:val="16"/>
        </w:rPr>
        <w:t xml:space="preserve">  </w:t>
      </w:r>
      <w:proofErr w:type="spellStart"/>
      <w:r>
        <w:rPr>
          <w:rFonts w:ascii="Calibri Light" w:hAnsi="Calibri Light"/>
          <w:sz w:val="16"/>
        </w:rPr>
        <w:t>lub</w:t>
      </w:r>
      <w:proofErr w:type="spellEnd"/>
      <w:r>
        <w:rPr>
          <w:rFonts w:ascii="Calibri Light" w:hAnsi="Calibri Light"/>
          <w:sz w:val="16"/>
        </w:rPr>
        <w:t xml:space="preserve">  </w:t>
      </w:r>
      <w:proofErr w:type="spellStart"/>
      <w:r>
        <w:rPr>
          <w:rFonts w:ascii="Calibri Light" w:hAnsi="Calibri Light"/>
          <w:sz w:val="16"/>
        </w:rPr>
        <w:t>wspieranych</w:t>
      </w:r>
      <w:proofErr w:type="spellEnd"/>
      <w:r>
        <w:rPr>
          <w:rFonts w:ascii="Calibri Light" w:hAnsi="Calibri Light"/>
          <w:sz w:val="16"/>
        </w:rPr>
        <w:t xml:space="preserve">  </w:t>
      </w:r>
      <w:proofErr w:type="spellStart"/>
      <w:r>
        <w:rPr>
          <w:rFonts w:ascii="Calibri Light" w:hAnsi="Calibri Light"/>
          <w:sz w:val="16"/>
        </w:rPr>
        <w:t>przez</w:t>
      </w:r>
      <w:proofErr w:type="spellEnd"/>
      <w:r>
        <w:rPr>
          <w:rFonts w:ascii="Calibri Light" w:hAnsi="Calibri Light"/>
          <w:sz w:val="16"/>
        </w:rPr>
        <w:t xml:space="preserve">  </w:t>
      </w:r>
      <w:proofErr w:type="spellStart"/>
      <w:r>
        <w:rPr>
          <w:rFonts w:ascii="Calibri Light" w:hAnsi="Calibri Light"/>
          <w:sz w:val="16"/>
        </w:rPr>
        <w:t>Gminę</w:t>
      </w:r>
      <w:proofErr w:type="spellEnd"/>
      <w:r>
        <w:rPr>
          <w:rFonts w:ascii="Calibri Light" w:hAnsi="Calibri Light"/>
          <w:sz w:val="16"/>
        </w:rPr>
        <w:t xml:space="preserve"> Hrubieszów </w:t>
      </w:r>
      <w:proofErr w:type="spellStart"/>
      <w:r>
        <w:rPr>
          <w:rFonts w:ascii="Calibri Light" w:hAnsi="Calibri Light"/>
          <w:sz w:val="16"/>
        </w:rPr>
        <w:t>oraz</w:t>
      </w:r>
      <w:proofErr w:type="spellEnd"/>
      <w:r>
        <w:rPr>
          <w:rFonts w:ascii="Calibri Light" w:hAnsi="Calibri Light"/>
          <w:sz w:val="16"/>
        </w:rPr>
        <w:t xml:space="preserve"> Centrum </w:t>
      </w:r>
      <w:proofErr w:type="spellStart"/>
      <w:r>
        <w:rPr>
          <w:rFonts w:ascii="Calibri Light" w:hAnsi="Calibri Light"/>
          <w:sz w:val="16"/>
        </w:rPr>
        <w:t>Dziedzictwa</w:t>
      </w:r>
      <w:proofErr w:type="spellEnd"/>
      <w:r>
        <w:rPr>
          <w:rFonts w:ascii="Calibri Light" w:hAnsi="Calibri Light"/>
          <w:sz w:val="16"/>
        </w:rPr>
        <w:t xml:space="preserve">. </w:t>
      </w:r>
    </w:p>
    <w:p w14:paraId="7FE6E076" w14:textId="77777777" w:rsidR="00D633D4" w:rsidRDefault="00D633D4" w:rsidP="00D633D4">
      <w:pPr>
        <w:widowControl w:val="0"/>
        <w:spacing w:after="0" w:line="196" w:lineRule="exact"/>
        <w:ind w:left="576"/>
      </w:pPr>
      <w:r>
        <w:rPr>
          <w:rFonts w:ascii="Calibri Light" w:hAnsi="Calibri Light"/>
          <w:sz w:val="16"/>
        </w:rPr>
        <w:t>4.</w:t>
      </w:r>
      <w:r>
        <w:rPr>
          <w:rFonts w:ascii="Arial" w:hAnsi="Arial"/>
          <w:sz w:val="16"/>
        </w:rPr>
        <w:t xml:space="preserve"> </w:t>
      </w:r>
      <w:r>
        <w:rPr>
          <w:rFonts w:ascii="Calibri Light" w:hAnsi="Calibri Light"/>
          <w:sz w:val="16"/>
        </w:rPr>
        <w:t xml:space="preserve">Pani/Pana </w:t>
      </w:r>
      <w:proofErr w:type="spellStart"/>
      <w:r>
        <w:rPr>
          <w:rFonts w:ascii="Calibri Light" w:hAnsi="Calibri Light"/>
          <w:sz w:val="16"/>
        </w:rPr>
        <w:t>dane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osobowe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postaci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wizerunku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imienia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nazwiska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będą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upublicznione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mediach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społecznościowych</w:t>
      </w:r>
      <w:proofErr w:type="spellEnd"/>
      <w:r>
        <w:rPr>
          <w:rFonts w:ascii="Calibri Light" w:hAnsi="Calibri Light"/>
          <w:sz w:val="16"/>
        </w:rPr>
        <w:t xml:space="preserve"> Centrum </w:t>
      </w:r>
    </w:p>
    <w:p w14:paraId="573E0F5E" w14:textId="77777777" w:rsidR="00D633D4" w:rsidRDefault="00D633D4" w:rsidP="00D633D4">
      <w:pPr>
        <w:widowControl w:val="0"/>
        <w:spacing w:before="1"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Dziedzictwa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Kulturowego</w:t>
      </w:r>
      <w:proofErr w:type="spellEnd"/>
      <w:r>
        <w:rPr>
          <w:rFonts w:ascii="Calibri Light" w:hAnsi="Calibri Light"/>
          <w:sz w:val="16"/>
        </w:rPr>
        <w:t xml:space="preserve"> i </w:t>
      </w:r>
      <w:proofErr w:type="spellStart"/>
      <w:r>
        <w:rPr>
          <w:rFonts w:ascii="Calibri Light" w:hAnsi="Calibri Light"/>
          <w:sz w:val="16"/>
        </w:rPr>
        <w:t>Archeologicznego</w:t>
      </w:r>
      <w:proofErr w:type="spellEnd"/>
      <w:r>
        <w:rPr>
          <w:rFonts w:ascii="Calibri Light" w:hAnsi="Calibri Light"/>
          <w:sz w:val="16"/>
        </w:rPr>
        <w:t xml:space="preserve"> Gminy Hrubieszów. </w:t>
      </w:r>
    </w:p>
    <w:p w14:paraId="02E076C6" w14:textId="77777777" w:rsidR="00D633D4" w:rsidRDefault="00D633D4" w:rsidP="00D633D4">
      <w:pPr>
        <w:widowControl w:val="0"/>
        <w:spacing w:after="0" w:line="196" w:lineRule="exact"/>
        <w:ind w:left="576"/>
      </w:pPr>
      <w:r>
        <w:rPr>
          <w:rFonts w:ascii="Calibri Light" w:hAnsi="Calibri Light"/>
          <w:sz w:val="16"/>
        </w:rPr>
        <w:t>5.</w:t>
      </w:r>
      <w:r>
        <w:rPr>
          <w:rFonts w:ascii="Arial" w:hAnsi="Arial"/>
          <w:sz w:val="16"/>
        </w:rPr>
        <w:t xml:space="preserve"> </w:t>
      </w:r>
      <w:r>
        <w:rPr>
          <w:rFonts w:ascii="Calibri Light" w:hAnsi="Calibri Light"/>
          <w:sz w:val="16"/>
        </w:rPr>
        <w:t xml:space="preserve">Pani/Pana </w:t>
      </w:r>
      <w:proofErr w:type="spellStart"/>
      <w:r>
        <w:rPr>
          <w:rFonts w:ascii="Calibri Light" w:hAnsi="Calibri Light"/>
          <w:sz w:val="16"/>
        </w:rPr>
        <w:t>dane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będą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przechowywane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dłużej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niż</w:t>
      </w:r>
      <w:proofErr w:type="spellEnd"/>
      <w:r>
        <w:rPr>
          <w:rFonts w:ascii="Calibri Light" w:hAnsi="Calibri Light"/>
          <w:sz w:val="16"/>
        </w:rPr>
        <w:t xml:space="preserve"> jest to </w:t>
      </w:r>
      <w:proofErr w:type="spellStart"/>
      <w:r>
        <w:rPr>
          <w:rFonts w:ascii="Calibri Light" w:hAnsi="Calibri Light"/>
          <w:sz w:val="16"/>
        </w:rPr>
        <w:t>konieczne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dla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celu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dla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którego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zostały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zebrane</w:t>
      </w:r>
      <w:proofErr w:type="spellEnd"/>
      <w:r>
        <w:rPr>
          <w:rFonts w:ascii="Calibri Light" w:hAnsi="Calibri Light"/>
          <w:sz w:val="16"/>
        </w:rPr>
        <w:t xml:space="preserve"> i w </w:t>
      </w:r>
      <w:proofErr w:type="spellStart"/>
      <w:r>
        <w:rPr>
          <w:rFonts w:ascii="Calibri Light" w:hAnsi="Calibri Light"/>
          <w:sz w:val="16"/>
        </w:rPr>
        <w:t>czasie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78393370" w14:textId="77777777" w:rsidR="00D633D4" w:rsidRDefault="00D633D4" w:rsidP="00D633D4">
      <w:pPr>
        <w:widowControl w:val="0"/>
        <w:spacing w:before="1"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określonym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przepisami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. </w:t>
      </w:r>
      <w:proofErr w:type="spellStart"/>
      <w:r>
        <w:rPr>
          <w:rFonts w:ascii="Calibri Light" w:hAnsi="Calibri Light"/>
          <w:sz w:val="16"/>
        </w:rPr>
        <w:t>Jeżeli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zostały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zebrane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podstawie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zgody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będą</w:t>
      </w:r>
      <w:proofErr w:type="spellEnd"/>
      <w:r>
        <w:rPr>
          <w:rFonts w:ascii="Calibri Light" w:hAnsi="Calibri Light"/>
          <w:sz w:val="16"/>
        </w:rPr>
        <w:t xml:space="preserve"> one </w:t>
      </w:r>
      <w:proofErr w:type="spellStart"/>
      <w:r>
        <w:rPr>
          <w:rFonts w:ascii="Calibri Light" w:hAnsi="Calibri Light"/>
          <w:sz w:val="16"/>
        </w:rPr>
        <w:t>przetwarzane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czasu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wycofania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przez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457741A8" w14:textId="77777777" w:rsidR="00D633D4" w:rsidRDefault="00D633D4" w:rsidP="00D633D4">
      <w:pPr>
        <w:widowControl w:val="0"/>
        <w:spacing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Panią</w:t>
      </w:r>
      <w:proofErr w:type="spellEnd"/>
      <w:r>
        <w:rPr>
          <w:rFonts w:ascii="Calibri Light" w:hAnsi="Calibri Light"/>
          <w:sz w:val="16"/>
        </w:rPr>
        <w:t xml:space="preserve">/Pana </w:t>
      </w:r>
      <w:proofErr w:type="spellStart"/>
      <w:r>
        <w:rPr>
          <w:rFonts w:ascii="Calibri Light" w:hAnsi="Calibri Light"/>
          <w:sz w:val="16"/>
        </w:rPr>
        <w:t>zgody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jednakże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zachowaniem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terminów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pozwalających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dochodzenie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lub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obronę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przed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roszczeniami</w:t>
      </w:r>
      <w:proofErr w:type="spellEnd"/>
      <w:r>
        <w:rPr>
          <w:rFonts w:ascii="Calibri Light" w:hAnsi="Calibri Light"/>
          <w:sz w:val="16"/>
        </w:rPr>
        <w:t xml:space="preserve"> i/</w:t>
      </w:r>
      <w:proofErr w:type="spellStart"/>
      <w:r>
        <w:rPr>
          <w:rFonts w:ascii="Calibri Light" w:hAnsi="Calibri Light"/>
          <w:sz w:val="16"/>
        </w:rPr>
        <w:t>lub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0B1E9F14" w14:textId="77777777" w:rsidR="00D633D4" w:rsidRDefault="00D633D4" w:rsidP="00D633D4">
      <w:pPr>
        <w:widowControl w:val="0"/>
        <w:spacing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wymogami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określonymi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przepisach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odrębnych</w:t>
      </w:r>
      <w:proofErr w:type="spellEnd"/>
      <w:r>
        <w:rPr>
          <w:rFonts w:ascii="Calibri Light" w:hAnsi="Calibri Light"/>
          <w:sz w:val="16"/>
        </w:rPr>
        <w:t xml:space="preserve">. </w:t>
      </w:r>
    </w:p>
    <w:p w14:paraId="30C97BF6" w14:textId="77777777" w:rsidR="00D633D4" w:rsidRDefault="00D633D4" w:rsidP="00D633D4">
      <w:pPr>
        <w:widowControl w:val="0"/>
        <w:spacing w:before="2" w:after="0" w:line="196" w:lineRule="exact"/>
        <w:ind w:left="576"/>
      </w:pPr>
      <w:r>
        <w:rPr>
          <w:rFonts w:ascii="Calibri Light" w:hAnsi="Calibri Light"/>
          <w:sz w:val="16"/>
        </w:rPr>
        <w:t>6.</w:t>
      </w:r>
      <w:r>
        <w:rPr>
          <w:rFonts w:ascii="Arial" w:hAnsi="Arial"/>
          <w:sz w:val="16"/>
        </w:rPr>
        <w:t xml:space="preserve"> </w:t>
      </w:r>
      <w:r>
        <w:rPr>
          <w:rFonts w:ascii="Calibri Light" w:hAnsi="Calibri Light"/>
          <w:sz w:val="16"/>
        </w:rPr>
        <w:t xml:space="preserve">W </w:t>
      </w:r>
      <w:proofErr w:type="spellStart"/>
      <w:r>
        <w:rPr>
          <w:rFonts w:ascii="Calibri Light" w:hAnsi="Calibri Light"/>
          <w:sz w:val="16"/>
        </w:rPr>
        <w:t>związku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przetwarzaniem</w:t>
      </w:r>
      <w:proofErr w:type="spellEnd"/>
      <w:r>
        <w:rPr>
          <w:rFonts w:ascii="Calibri Light" w:hAnsi="Calibri Light"/>
          <w:sz w:val="16"/>
        </w:rPr>
        <w:t xml:space="preserve"> Pani/Pana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przysługują</w:t>
      </w:r>
      <w:proofErr w:type="spellEnd"/>
      <w:r>
        <w:rPr>
          <w:rFonts w:ascii="Calibri Light" w:hAnsi="Calibri Light"/>
          <w:sz w:val="16"/>
        </w:rPr>
        <w:t xml:space="preserve"> Pani/Panu </w:t>
      </w:r>
      <w:proofErr w:type="spellStart"/>
      <w:r>
        <w:rPr>
          <w:rFonts w:ascii="Calibri Light" w:hAnsi="Calibri Light"/>
          <w:sz w:val="16"/>
        </w:rPr>
        <w:t>następujące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uprawnienia</w:t>
      </w:r>
      <w:proofErr w:type="spellEnd"/>
      <w:r>
        <w:rPr>
          <w:rFonts w:ascii="Calibri Light" w:hAnsi="Calibri Light"/>
          <w:sz w:val="16"/>
        </w:rPr>
        <w:t xml:space="preserve">: </w:t>
      </w:r>
    </w:p>
    <w:p w14:paraId="3CA560F6" w14:textId="77777777" w:rsidR="00D633D4" w:rsidRDefault="00D633D4" w:rsidP="00D633D4">
      <w:pPr>
        <w:widowControl w:val="0"/>
        <w:spacing w:before="6" w:after="0" w:line="196" w:lineRule="exact"/>
        <w:ind w:left="860"/>
      </w:pPr>
      <w:r>
        <w:rPr>
          <w:rFonts w:ascii="Symbol" w:hAnsi="Symbol"/>
          <w:sz w:val="16"/>
        </w:rPr>
        <w:t>•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dostępu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, w </w:t>
      </w:r>
      <w:proofErr w:type="spellStart"/>
      <w:r>
        <w:rPr>
          <w:rFonts w:ascii="Calibri Light" w:hAnsi="Calibri Light"/>
          <w:sz w:val="16"/>
        </w:rPr>
        <w:t>tym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uzyskania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kopii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tych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; </w:t>
      </w:r>
    </w:p>
    <w:p w14:paraId="2F8599FB" w14:textId="77777777" w:rsidR="00D633D4" w:rsidRDefault="00D633D4" w:rsidP="00D633D4">
      <w:pPr>
        <w:widowControl w:val="0"/>
        <w:spacing w:before="8" w:after="0" w:line="196" w:lineRule="exact"/>
        <w:ind w:left="860"/>
      </w:pPr>
      <w:r>
        <w:rPr>
          <w:rFonts w:ascii="Symbol" w:hAnsi="Symbol"/>
          <w:sz w:val="16"/>
        </w:rPr>
        <w:t>•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żądania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sprostowania</w:t>
      </w:r>
      <w:proofErr w:type="spellEnd"/>
      <w:r>
        <w:rPr>
          <w:rFonts w:ascii="Calibri Light" w:hAnsi="Calibri Light"/>
          <w:sz w:val="16"/>
        </w:rPr>
        <w:t xml:space="preserve"> (</w:t>
      </w:r>
      <w:proofErr w:type="spellStart"/>
      <w:r>
        <w:rPr>
          <w:rFonts w:ascii="Calibri Light" w:hAnsi="Calibri Light"/>
          <w:sz w:val="16"/>
        </w:rPr>
        <w:t>poprawienia</w:t>
      </w:r>
      <w:proofErr w:type="spellEnd"/>
      <w:r>
        <w:rPr>
          <w:rFonts w:ascii="Calibri Light" w:hAnsi="Calibri Light"/>
          <w:sz w:val="16"/>
        </w:rPr>
        <w:t xml:space="preserve">)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; </w:t>
      </w:r>
    </w:p>
    <w:p w14:paraId="3370F924" w14:textId="77777777" w:rsidR="00D633D4" w:rsidRDefault="00D633D4" w:rsidP="00D633D4">
      <w:pPr>
        <w:widowControl w:val="0"/>
        <w:spacing w:before="8" w:after="0" w:line="196" w:lineRule="exact"/>
        <w:ind w:left="860"/>
      </w:pPr>
      <w:r>
        <w:rPr>
          <w:rFonts w:ascii="Symbol" w:hAnsi="Symbol"/>
          <w:sz w:val="16"/>
        </w:rPr>
        <w:t>•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żądania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usunięcia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(</w:t>
      </w:r>
      <w:proofErr w:type="spellStart"/>
      <w:r>
        <w:rPr>
          <w:rFonts w:ascii="Calibri Light" w:hAnsi="Calibri Light"/>
          <w:sz w:val="16"/>
        </w:rPr>
        <w:t>tzw</w:t>
      </w:r>
      <w:proofErr w:type="spellEnd"/>
      <w:r>
        <w:rPr>
          <w:rFonts w:ascii="Calibri Light" w:hAnsi="Calibri Light"/>
          <w:sz w:val="16"/>
        </w:rPr>
        <w:t xml:space="preserve">.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bycia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zapomnianym</w:t>
      </w:r>
      <w:proofErr w:type="spellEnd"/>
      <w:r>
        <w:rPr>
          <w:rFonts w:ascii="Calibri Light" w:hAnsi="Calibri Light"/>
          <w:sz w:val="16"/>
        </w:rPr>
        <w:t xml:space="preserve">); </w:t>
      </w:r>
    </w:p>
    <w:p w14:paraId="1012B472" w14:textId="77777777" w:rsidR="00D633D4" w:rsidRDefault="00D633D4" w:rsidP="00D633D4">
      <w:pPr>
        <w:widowControl w:val="0"/>
        <w:spacing w:before="8" w:after="0" w:line="196" w:lineRule="exact"/>
        <w:ind w:left="860"/>
      </w:pPr>
      <w:r>
        <w:rPr>
          <w:rFonts w:ascii="Symbol" w:hAnsi="Symbol"/>
          <w:sz w:val="16"/>
        </w:rPr>
        <w:t>•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żądania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ograniczenia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; </w:t>
      </w:r>
    </w:p>
    <w:p w14:paraId="38A12F23" w14:textId="77777777" w:rsidR="00D633D4" w:rsidRDefault="00D633D4" w:rsidP="00D633D4">
      <w:pPr>
        <w:widowControl w:val="0"/>
        <w:spacing w:before="8" w:after="0" w:line="196" w:lineRule="exact"/>
        <w:ind w:left="857"/>
      </w:pPr>
      <w:r>
        <w:rPr>
          <w:rFonts w:ascii="Symbol" w:hAnsi="Symbol"/>
          <w:sz w:val="16"/>
        </w:rPr>
        <w:t>•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cofnięcia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zgody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dowolnym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momencie</w:t>
      </w:r>
      <w:proofErr w:type="spellEnd"/>
      <w:r>
        <w:rPr>
          <w:rFonts w:ascii="Calibri Light" w:hAnsi="Calibri Light"/>
          <w:sz w:val="16"/>
        </w:rPr>
        <w:t xml:space="preserve"> bez </w:t>
      </w:r>
      <w:proofErr w:type="spellStart"/>
      <w:r>
        <w:rPr>
          <w:rFonts w:ascii="Calibri Light" w:hAnsi="Calibri Light"/>
          <w:sz w:val="16"/>
        </w:rPr>
        <w:t>wpływu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zgodność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prawem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1A9A349F" w14:textId="77777777" w:rsidR="00D633D4" w:rsidRDefault="00D633D4" w:rsidP="00D633D4">
      <w:pPr>
        <w:widowControl w:val="0"/>
        <w:spacing w:before="1" w:after="0" w:line="196" w:lineRule="exact"/>
        <w:ind w:left="1215"/>
      </w:pPr>
      <w:proofErr w:type="spellStart"/>
      <w:r>
        <w:rPr>
          <w:rFonts w:ascii="Calibri Light" w:hAnsi="Calibri Light"/>
          <w:sz w:val="16"/>
        </w:rPr>
        <w:t>przetwarzania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którego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dokonano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podstawie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zgody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przed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jej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cofnięciem</w:t>
      </w:r>
      <w:proofErr w:type="spellEnd"/>
      <w:r>
        <w:rPr>
          <w:rFonts w:ascii="Calibri Light" w:hAnsi="Calibri Light"/>
          <w:sz w:val="16"/>
        </w:rPr>
        <w:t xml:space="preserve">.  </w:t>
      </w:r>
    </w:p>
    <w:p w14:paraId="28E1889C" w14:textId="77777777" w:rsidR="00D633D4" w:rsidRDefault="00D633D4" w:rsidP="00D633D4">
      <w:pPr>
        <w:widowControl w:val="0"/>
        <w:spacing w:after="0" w:line="196" w:lineRule="exact"/>
        <w:ind w:left="860"/>
      </w:pPr>
      <w:proofErr w:type="spellStart"/>
      <w:r>
        <w:rPr>
          <w:rFonts w:ascii="Calibri Light" w:hAnsi="Calibri Light"/>
          <w:sz w:val="16"/>
        </w:rPr>
        <w:t>Wymienione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powyżej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mogą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być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ograniczone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sytuacjach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kiedy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nasza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instytucja</w:t>
      </w:r>
      <w:proofErr w:type="spellEnd"/>
      <w:r>
        <w:rPr>
          <w:rFonts w:ascii="Calibri Light" w:hAnsi="Calibri Light"/>
          <w:sz w:val="16"/>
        </w:rPr>
        <w:t xml:space="preserve"> jest </w:t>
      </w:r>
      <w:proofErr w:type="spellStart"/>
      <w:r>
        <w:rPr>
          <w:rFonts w:ascii="Calibri Light" w:hAnsi="Calibri Light"/>
          <w:sz w:val="16"/>
        </w:rPr>
        <w:t>zobowiązana</w:t>
      </w:r>
      <w:proofErr w:type="spellEnd"/>
      <w:r>
        <w:rPr>
          <w:rFonts w:ascii="Calibri Light" w:hAnsi="Calibri Light"/>
          <w:sz w:val="16"/>
        </w:rPr>
        <w:t xml:space="preserve"> prawnie </w:t>
      </w:r>
    </w:p>
    <w:p w14:paraId="6F42A222" w14:textId="77777777" w:rsidR="00D633D4" w:rsidRDefault="00D633D4" w:rsidP="00D633D4">
      <w:pPr>
        <w:widowControl w:val="0"/>
        <w:spacing w:before="1" w:after="0" w:line="196" w:lineRule="exact"/>
        <w:ind w:left="860"/>
      </w:pPr>
      <w:proofErr w:type="spellStart"/>
      <w:r>
        <w:rPr>
          <w:rFonts w:ascii="Calibri Light" w:hAnsi="Calibri Light"/>
          <w:sz w:val="16"/>
        </w:rPr>
        <w:t>do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celu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realizacji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obowiązku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ustawowego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lub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wykonania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zadania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realizowanego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interesie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6A52EDE8" w14:textId="77777777" w:rsidR="00D633D4" w:rsidRDefault="00D633D4" w:rsidP="00D633D4">
      <w:pPr>
        <w:widowControl w:val="0"/>
        <w:spacing w:after="0" w:line="196" w:lineRule="exact"/>
        <w:ind w:left="860"/>
      </w:pPr>
      <w:proofErr w:type="spellStart"/>
      <w:r>
        <w:rPr>
          <w:rFonts w:ascii="Calibri Light" w:hAnsi="Calibri Light"/>
          <w:sz w:val="16"/>
        </w:rPr>
        <w:t>publicznym</w:t>
      </w:r>
      <w:proofErr w:type="spellEnd"/>
      <w:r>
        <w:rPr>
          <w:rFonts w:ascii="Calibri Light" w:hAnsi="Calibri Light"/>
          <w:sz w:val="16"/>
        </w:rPr>
        <w:t xml:space="preserve">. </w:t>
      </w:r>
    </w:p>
    <w:p w14:paraId="0A7DCB5B" w14:textId="77777777" w:rsidR="00D633D4" w:rsidRDefault="00D633D4" w:rsidP="00D633D4">
      <w:pPr>
        <w:widowControl w:val="0"/>
        <w:spacing w:after="0" w:line="196" w:lineRule="exact"/>
        <w:ind w:left="576"/>
      </w:pPr>
      <w:r>
        <w:rPr>
          <w:rFonts w:ascii="Calibri Light" w:hAnsi="Calibri Light"/>
          <w:sz w:val="16"/>
        </w:rPr>
        <w:t>7.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Niezależnie</w:t>
      </w:r>
      <w:proofErr w:type="spellEnd"/>
      <w:r>
        <w:rPr>
          <w:rFonts w:ascii="Calibri Light" w:hAnsi="Calibri Light"/>
          <w:sz w:val="16"/>
        </w:rPr>
        <w:t xml:space="preserve"> od </w:t>
      </w:r>
      <w:proofErr w:type="spellStart"/>
      <w:r>
        <w:rPr>
          <w:rFonts w:ascii="Calibri Light" w:hAnsi="Calibri Light"/>
          <w:sz w:val="16"/>
        </w:rPr>
        <w:t>celu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przetwarzania</w:t>
      </w:r>
      <w:proofErr w:type="spellEnd"/>
      <w:r>
        <w:rPr>
          <w:rFonts w:ascii="Calibri Light" w:hAnsi="Calibri Light"/>
          <w:sz w:val="16"/>
        </w:rPr>
        <w:t xml:space="preserve"> Pani/Pana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przez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naszą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instytucję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przysługuje</w:t>
      </w:r>
      <w:proofErr w:type="spellEnd"/>
      <w:r>
        <w:rPr>
          <w:rFonts w:ascii="Calibri Light" w:hAnsi="Calibri Light"/>
          <w:sz w:val="16"/>
        </w:rPr>
        <w:t xml:space="preserve"> Pani/Panu </w:t>
      </w:r>
      <w:proofErr w:type="spellStart"/>
      <w:r>
        <w:rPr>
          <w:rFonts w:ascii="Calibri Light" w:hAnsi="Calibri Light"/>
          <w:sz w:val="16"/>
        </w:rPr>
        <w:t>prawo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wniesienia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16EF0F05" w14:textId="77777777" w:rsidR="00D633D4" w:rsidRDefault="00D633D4" w:rsidP="00D633D4">
      <w:pPr>
        <w:widowControl w:val="0"/>
        <w:spacing w:before="1"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skargi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organu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nadzorczego</w:t>
      </w:r>
      <w:proofErr w:type="spellEnd"/>
      <w:r>
        <w:rPr>
          <w:rFonts w:ascii="Calibri Light" w:hAnsi="Calibri Light"/>
          <w:sz w:val="16"/>
        </w:rPr>
        <w:t xml:space="preserve"> w </w:t>
      </w:r>
      <w:proofErr w:type="spellStart"/>
      <w:r>
        <w:rPr>
          <w:rFonts w:ascii="Calibri Light" w:hAnsi="Calibri Light"/>
          <w:sz w:val="16"/>
        </w:rPr>
        <w:t>przypadku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gdy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odbywa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się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naruszeniem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przepisów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obowiązującego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6C1FE5B1" w14:textId="77777777" w:rsidR="00D633D4" w:rsidRDefault="00D633D4" w:rsidP="00D633D4">
      <w:pPr>
        <w:widowControl w:val="0"/>
        <w:spacing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. </w:t>
      </w:r>
      <w:proofErr w:type="spellStart"/>
      <w:r>
        <w:rPr>
          <w:rFonts w:ascii="Calibri Light" w:hAnsi="Calibri Light"/>
          <w:sz w:val="16"/>
        </w:rPr>
        <w:t>Skargę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może</w:t>
      </w:r>
      <w:proofErr w:type="spellEnd"/>
      <w:r>
        <w:rPr>
          <w:rFonts w:ascii="Calibri Light" w:hAnsi="Calibri Light"/>
          <w:sz w:val="16"/>
        </w:rPr>
        <w:t xml:space="preserve"> Pani/Pan </w:t>
      </w:r>
      <w:proofErr w:type="spellStart"/>
      <w:r>
        <w:rPr>
          <w:rFonts w:ascii="Calibri Light" w:hAnsi="Calibri Light"/>
          <w:sz w:val="16"/>
        </w:rPr>
        <w:t>wnieść</w:t>
      </w:r>
      <w:proofErr w:type="spellEnd"/>
      <w:r>
        <w:rPr>
          <w:rFonts w:ascii="Calibri Light" w:hAnsi="Calibri Light"/>
          <w:sz w:val="16"/>
        </w:rPr>
        <w:t xml:space="preserve"> do </w:t>
      </w:r>
      <w:proofErr w:type="spellStart"/>
      <w:r>
        <w:rPr>
          <w:rFonts w:ascii="Calibri Light" w:hAnsi="Calibri Light"/>
          <w:sz w:val="16"/>
        </w:rPr>
        <w:t>Prezesa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Urzędu</w:t>
      </w:r>
      <w:proofErr w:type="spellEnd"/>
      <w:r>
        <w:rPr>
          <w:rFonts w:ascii="Calibri Light" w:hAnsi="Calibri Light"/>
          <w:sz w:val="16"/>
        </w:rPr>
        <w:t xml:space="preserve"> Ochrony Danych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siedzibą</w:t>
      </w:r>
      <w:proofErr w:type="spellEnd"/>
      <w:r>
        <w:rPr>
          <w:rFonts w:ascii="Calibri Light" w:hAnsi="Calibri Light"/>
          <w:sz w:val="16"/>
        </w:rPr>
        <w:t xml:space="preserve"> ul. </w:t>
      </w:r>
      <w:proofErr w:type="spellStart"/>
      <w:r>
        <w:rPr>
          <w:rFonts w:ascii="Calibri Light" w:hAnsi="Calibri Light"/>
          <w:sz w:val="16"/>
        </w:rPr>
        <w:t>Stawki</w:t>
      </w:r>
      <w:proofErr w:type="spellEnd"/>
      <w:r>
        <w:rPr>
          <w:rFonts w:ascii="Calibri Light" w:hAnsi="Calibri Light"/>
          <w:sz w:val="16"/>
        </w:rPr>
        <w:t xml:space="preserve"> 2, 00-193 Warszawa. </w:t>
      </w:r>
    </w:p>
    <w:p w14:paraId="1EBB9DF4" w14:textId="77777777" w:rsidR="00D633D4" w:rsidRDefault="00D633D4" w:rsidP="00D633D4">
      <w:pPr>
        <w:widowControl w:val="0"/>
        <w:spacing w:after="0" w:line="196" w:lineRule="exact"/>
        <w:ind w:left="576"/>
      </w:pPr>
      <w:r>
        <w:rPr>
          <w:rFonts w:ascii="Calibri Light" w:hAnsi="Calibri Light"/>
          <w:sz w:val="16"/>
        </w:rPr>
        <w:t>8.</w:t>
      </w:r>
      <w:r>
        <w:rPr>
          <w:rFonts w:ascii="Arial" w:hAnsi="Arial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Podanie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co do </w:t>
      </w:r>
      <w:proofErr w:type="spellStart"/>
      <w:r>
        <w:rPr>
          <w:rFonts w:ascii="Calibri Light" w:hAnsi="Calibri Light"/>
          <w:sz w:val="16"/>
        </w:rPr>
        <w:t>zasady</w:t>
      </w:r>
      <w:proofErr w:type="spellEnd"/>
      <w:r>
        <w:rPr>
          <w:rFonts w:ascii="Calibri Light" w:hAnsi="Calibri Light"/>
          <w:sz w:val="16"/>
        </w:rPr>
        <w:t xml:space="preserve"> jest </w:t>
      </w:r>
      <w:proofErr w:type="spellStart"/>
      <w:r>
        <w:rPr>
          <w:rFonts w:ascii="Calibri Light" w:hAnsi="Calibri Light"/>
          <w:sz w:val="16"/>
        </w:rPr>
        <w:t>dobrowolne</w:t>
      </w:r>
      <w:proofErr w:type="spellEnd"/>
      <w:r>
        <w:rPr>
          <w:rFonts w:ascii="Calibri Light" w:hAnsi="Calibri Light"/>
          <w:sz w:val="16"/>
        </w:rPr>
        <w:t xml:space="preserve">, z </w:t>
      </w:r>
      <w:proofErr w:type="spellStart"/>
      <w:r>
        <w:rPr>
          <w:rFonts w:ascii="Calibri Light" w:hAnsi="Calibri Light"/>
          <w:sz w:val="16"/>
        </w:rPr>
        <w:t>wyjątkiem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sytuacji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gdy</w:t>
      </w:r>
      <w:proofErr w:type="spellEnd"/>
      <w:r>
        <w:rPr>
          <w:rFonts w:ascii="Calibri Light" w:hAnsi="Calibri Light"/>
          <w:sz w:val="16"/>
        </w:rPr>
        <w:t xml:space="preserve"> ich </w:t>
      </w:r>
      <w:proofErr w:type="spellStart"/>
      <w:r>
        <w:rPr>
          <w:rFonts w:ascii="Calibri Light" w:hAnsi="Calibri Light"/>
          <w:sz w:val="16"/>
        </w:rPr>
        <w:t>przetwarzanie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wynika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przepisu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. </w:t>
      </w:r>
    </w:p>
    <w:p w14:paraId="1EA76DCA" w14:textId="77777777" w:rsidR="00D633D4" w:rsidRDefault="00D633D4" w:rsidP="00D633D4">
      <w:pPr>
        <w:widowControl w:val="0"/>
        <w:spacing w:before="1" w:after="0" w:line="196" w:lineRule="exact"/>
        <w:ind w:left="936"/>
      </w:pPr>
      <w:r>
        <w:rPr>
          <w:rFonts w:ascii="Calibri Light" w:hAnsi="Calibri Light"/>
          <w:sz w:val="16"/>
        </w:rPr>
        <w:t xml:space="preserve">W </w:t>
      </w:r>
      <w:proofErr w:type="spellStart"/>
      <w:r>
        <w:rPr>
          <w:rFonts w:ascii="Calibri Light" w:hAnsi="Calibri Light"/>
          <w:sz w:val="16"/>
        </w:rPr>
        <w:t>przypadku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gdy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podanie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osobowych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wynika</w:t>
      </w:r>
      <w:proofErr w:type="spellEnd"/>
      <w:r>
        <w:rPr>
          <w:rFonts w:ascii="Calibri Light" w:hAnsi="Calibri Light"/>
          <w:sz w:val="16"/>
        </w:rPr>
        <w:t xml:space="preserve"> z </w:t>
      </w:r>
      <w:proofErr w:type="spellStart"/>
      <w:r>
        <w:rPr>
          <w:rFonts w:ascii="Calibri Light" w:hAnsi="Calibri Light"/>
          <w:sz w:val="16"/>
        </w:rPr>
        <w:t>przepisu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prawa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niepodanie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danych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będzie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skutkować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niemożliwością</w:t>
      </w:r>
      <w:proofErr w:type="spellEnd"/>
      <w:r>
        <w:rPr>
          <w:rFonts w:ascii="Calibri Light" w:hAnsi="Calibri Light"/>
          <w:sz w:val="16"/>
        </w:rPr>
        <w:t xml:space="preserve"> </w:t>
      </w:r>
    </w:p>
    <w:p w14:paraId="182B9130" w14:textId="77777777" w:rsidR="00D633D4" w:rsidRDefault="00D633D4" w:rsidP="00D633D4">
      <w:pPr>
        <w:widowControl w:val="0"/>
        <w:spacing w:after="0" w:line="196" w:lineRule="exact"/>
        <w:ind w:left="936"/>
      </w:pPr>
      <w:proofErr w:type="spellStart"/>
      <w:r>
        <w:rPr>
          <w:rFonts w:ascii="Calibri Light" w:hAnsi="Calibri Light"/>
          <w:sz w:val="16"/>
        </w:rPr>
        <w:t>realizacji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celu</w:t>
      </w:r>
      <w:proofErr w:type="spellEnd"/>
      <w:r>
        <w:rPr>
          <w:rFonts w:ascii="Calibri Light" w:hAnsi="Calibri Light"/>
          <w:sz w:val="16"/>
        </w:rPr>
        <w:t xml:space="preserve">, </w:t>
      </w:r>
      <w:proofErr w:type="spellStart"/>
      <w:r>
        <w:rPr>
          <w:rFonts w:ascii="Calibri Light" w:hAnsi="Calibri Light"/>
          <w:sz w:val="16"/>
        </w:rPr>
        <w:t>dla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którego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dane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były</w:t>
      </w:r>
      <w:proofErr w:type="spellEnd"/>
      <w:r>
        <w:rPr>
          <w:rFonts w:ascii="Calibri Light" w:hAnsi="Calibri Light"/>
          <w:sz w:val="16"/>
        </w:rPr>
        <w:t xml:space="preserve"> </w:t>
      </w:r>
      <w:proofErr w:type="spellStart"/>
      <w:r>
        <w:rPr>
          <w:rFonts w:ascii="Calibri Light" w:hAnsi="Calibri Light"/>
          <w:sz w:val="16"/>
        </w:rPr>
        <w:t>przetwarzane</w:t>
      </w:r>
      <w:proofErr w:type="spellEnd"/>
      <w:r>
        <w:rPr>
          <w:rFonts w:ascii="Calibri Light" w:hAnsi="Calibri Light"/>
          <w:sz w:val="16"/>
        </w:rPr>
        <w:t xml:space="preserve">. </w:t>
      </w:r>
    </w:p>
    <w:p w14:paraId="49327BFF" w14:textId="004D3C29" w:rsidR="00FE2186" w:rsidRDefault="00FE2186" w:rsidP="00A44BCC">
      <w:pPr>
        <w:widowControl w:val="0"/>
        <w:spacing w:before="427" w:after="0" w:line="196" w:lineRule="exact"/>
        <w:ind w:left="2777"/>
      </w:pPr>
    </w:p>
    <w:sectPr w:rsidR="00FE2186" w:rsidSect="00A44BCC">
      <w:footerReference w:type="default" r:id="rId8"/>
      <w:pgSz w:w="11906" w:h="16838"/>
      <w:pgMar w:top="426" w:right="849" w:bottom="426" w:left="1134" w:header="0" w:footer="875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8E105" w14:textId="77777777" w:rsidR="003C39E2" w:rsidRDefault="003C39E2" w:rsidP="00A44BCC">
      <w:pPr>
        <w:spacing w:after="0" w:line="240" w:lineRule="auto"/>
      </w:pPr>
      <w:r>
        <w:separator/>
      </w:r>
    </w:p>
  </w:endnote>
  <w:endnote w:type="continuationSeparator" w:id="0">
    <w:p w14:paraId="74E697DC" w14:textId="77777777" w:rsidR="003C39E2" w:rsidRDefault="003C39E2" w:rsidP="00A44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1AFC9" w14:textId="130AE757" w:rsidR="00A44BCC" w:rsidRPr="00AE2253" w:rsidRDefault="00A44BCC" w:rsidP="00AE2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1BCC5" w14:textId="77777777" w:rsidR="003C39E2" w:rsidRDefault="003C39E2" w:rsidP="00A44BCC">
      <w:pPr>
        <w:spacing w:after="0" w:line="240" w:lineRule="auto"/>
      </w:pPr>
      <w:r>
        <w:separator/>
      </w:r>
    </w:p>
  </w:footnote>
  <w:footnote w:type="continuationSeparator" w:id="0">
    <w:p w14:paraId="130C7D17" w14:textId="77777777" w:rsidR="003C39E2" w:rsidRDefault="003C39E2" w:rsidP="00A44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215DDB"/>
    <w:multiLevelType w:val="hybridMultilevel"/>
    <w:tmpl w:val="AA5E6944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7AD225C7"/>
    <w:multiLevelType w:val="multilevel"/>
    <w:tmpl w:val="F8B26A92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eastAsiaTheme="minorHAnsi" w:hAnsi="Calibri Light" w:cs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6608">
    <w:abstractNumId w:val="8"/>
  </w:num>
  <w:num w:numId="2" w16cid:durableId="437025460">
    <w:abstractNumId w:val="6"/>
  </w:num>
  <w:num w:numId="3" w16cid:durableId="1871839971">
    <w:abstractNumId w:val="5"/>
  </w:num>
  <w:num w:numId="4" w16cid:durableId="854197142">
    <w:abstractNumId w:val="4"/>
  </w:num>
  <w:num w:numId="5" w16cid:durableId="1629973283">
    <w:abstractNumId w:val="7"/>
  </w:num>
  <w:num w:numId="6" w16cid:durableId="863251747">
    <w:abstractNumId w:val="3"/>
  </w:num>
  <w:num w:numId="7" w16cid:durableId="355426868">
    <w:abstractNumId w:val="2"/>
  </w:num>
  <w:num w:numId="8" w16cid:durableId="746415956">
    <w:abstractNumId w:val="1"/>
  </w:num>
  <w:num w:numId="9" w16cid:durableId="1072046183">
    <w:abstractNumId w:val="0"/>
  </w:num>
  <w:num w:numId="10" w16cid:durableId="2086606586">
    <w:abstractNumId w:val="10"/>
  </w:num>
  <w:num w:numId="11" w16cid:durableId="18569244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160"/>
    <w:rsid w:val="0015074B"/>
    <w:rsid w:val="0029639D"/>
    <w:rsid w:val="00326F90"/>
    <w:rsid w:val="003C39E2"/>
    <w:rsid w:val="005F536C"/>
    <w:rsid w:val="006C6C91"/>
    <w:rsid w:val="007D33B1"/>
    <w:rsid w:val="008D049E"/>
    <w:rsid w:val="00A44BCC"/>
    <w:rsid w:val="00AA1D8D"/>
    <w:rsid w:val="00B47730"/>
    <w:rsid w:val="00B660B9"/>
    <w:rsid w:val="00CB0664"/>
    <w:rsid w:val="00D177EB"/>
    <w:rsid w:val="00D633D4"/>
    <w:rsid w:val="00FC693F"/>
    <w:rsid w:val="00FE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9952F"/>
  <w14:defaultImageDpi w14:val="300"/>
  <w15:docId w15:val="{33D65CEB-211C-4D1A-BF8A-42CDD9E90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799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Mariusz MZ. Zając</cp:lastModifiedBy>
  <cp:revision>5</cp:revision>
  <dcterms:created xsi:type="dcterms:W3CDTF">2026-10-23T05:49:00Z</dcterms:created>
  <dcterms:modified xsi:type="dcterms:W3CDTF">2026-10-23T05:59:00Z</dcterms:modified>
  <cp:category/>
</cp:coreProperties>
</file>