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CC252" w14:textId="27511CBF" w:rsidR="006B3E6A" w:rsidRDefault="00000000">
      <w:pPr>
        <w:widowControl w:val="0"/>
        <w:spacing w:before="557" w:after="0" w:line="276" w:lineRule="exact"/>
        <w:ind w:left="1035"/>
      </w:pPr>
      <w:r>
        <w:rPr>
          <w:rFonts w:ascii="Times New Roman" w:hAnsi="Times New Roman"/>
          <w:b/>
          <w:sz w:val="24"/>
        </w:rPr>
        <w:t>FORMULARZ ZGŁOSZENIOWY DO VI</w:t>
      </w:r>
      <w:r w:rsidR="00012DE7"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z w:val="24"/>
        </w:rPr>
        <w:t xml:space="preserve">I BIEGU SZTAFETOWEGO   </w:t>
      </w:r>
    </w:p>
    <w:p w14:paraId="7727A485" w14:textId="77777777" w:rsidR="006B3E6A" w:rsidRDefault="00000000">
      <w:pPr>
        <w:widowControl w:val="0"/>
        <w:spacing w:after="0" w:line="276" w:lineRule="exact"/>
        <w:ind w:left="1306"/>
      </w:pPr>
      <w:r>
        <w:rPr>
          <w:rFonts w:ascii="Times New Roman" w:hAnsi="Times New Roman"/>
          <w:b/>
          <w:sz w:val="24"/>
        </w:rPr>
        <w:t xml:space="preserve">GMINY HRUBIESZÓW, Z OKAZJI ROCZNICY ODZYSKANIA </w:t>
      </w:r>
    </w:p>
    <w:p w14:paraId="46DF6F43" w14:textId="77777777" w:rsidR="006B3E6A" w:rsidRDefault="00000000">
      <w:pPr>
        <w:widowControl w:val="0"/>
        <w:spacing w:after="0" w:line="276" w:lineRule="exact"/>
        <w:ind w:left="2712"/>
      </w:pPr>
      <w:r>
        <w:rPr>
          <w:rFonts w:ascii="Times New Roman" w:hAnsi="Times New Roman"/>
          <w:b/>
          <w:sz w:val="24"/>
        </w:rPr>
        <w:t xml:space="preserve">NIEPODLEGŁOŚCI PRZEZ POLSKĘ </w:t>
      </w:r>
    </w:p>
    <w:p w14:paraId="04BC3B61" w14:textId="77777777" w:rsidR="006B3E6A" w:rsidRDefault="00000000">
      <w:pPr>
        <w:widowControl w:val="0"/>
        <w:spacing w:before="823" w:after="0" w:line="276" w:lineRule="exact"/>
        <w:ind w:left="216"/>
      </w:pPr>
      <w:r>
        <w:rPr>
          <w:rFonts w:ascii="Times New Roman" w:hAnsi="Times New Roman"/>
          <w:sz w:val="24"/>
        </w:rPr>
        <w:t xml:space="preserve">1. IMIĘ I NAZWISKO: ....................................................................................................... </w:t>
      </w:r>
    </w:p>
    <w:p w14:paraId="443EAA24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2. DATA I MIEJSCE URODZENIA: ................................................................................. </w:t>
      </w:r>
    </w:p>
    <w:p w14:paraId="3311FFDF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3. NUMER PESEL: .............................................................................................................. </w:t>
      </w:r>
    </w:p>
    <w:p w14:paraId="5491CADA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4. KONTAKT: ...................................................................................................................... </w:t>
      </w:r>
    </w:p>
    <w:p w14:paraId="781FF9EA" w14:textId="77777777" w:rsidR="006B3E6A" w:rsidRDefault="00000000">
      <w:pPr>
        <w:widowControl w:val="0"/>
        <w:spacing w:before="553" w:after="0" w:line="276" w:lineRule="exact"/>
        <w:ind w:left="216"/>
      </w:pPr>
      <w:r>
        <w:rPr>
          <w:rFonts w:ascii="Times New Roman" w:hAnsi="Times New Roman"/>
          <w:sz w:val="24"/>
        </w:rPr>
        <w:t xml:space="preserve">OŚWIADCZENIA </w:t>
      </w:r>
    </w:p>
    <w:p w14:paraId="7DC37559" w14:textId="77777777" w:rsidR="006B3E6A" w:rsidRDefault="00000000">
      <w:pPr>
        <w:widowControl w:val="0"/>
        <w:spacing w:before="276" w:after="0" w:line="276" w:lineRule="exact"/>
        <w:ind w:left="216"/>
      </w:pPr>
      <w:r>
        <w:rPr>
          <w:rFonts w:ascii="Times New Roman" w:hAnsi="Times New Roman"/>
          <w:sz w:val="24"/>
        </w:rPr>
        <w:t xml:space="preserve">□ Ja niżej podpisany/a oświadczam, że jestem rodzicem/opiekunem prawnym </w:t>
      </w:r>
    </w:p>
    <w:p w14:paraId="4E79D489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dziecka……………………………………………………………… i wyrażam zgodę na jego </w:t>
      </w:r>
    </w:p>
    <w:p w14:paraId="32DB79B1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udział w VII BIEGU SZTAFETOWYM GMINY HRUBIESZÓW,  </w:t>
      </w:r>
    </w:p>
    <w:p w14:paraId="28D840B0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Z OKAZJI ROCZNICY ODZYSKANIA NIEPODLEGŁOŚCI PRZEZ POLSKĘ, </w:t>
      </w:r>
    </w:p>
    <w:p w14:paraId="0B365B0F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organizowanym przez Gminę Hrubieszów  oraz Centrum Dziedzictwa Kulturowego  </w:t>
      </w:r>
    </w:p>
    <w:p w14:paraId="3F500DFD" w14:textId="30D44709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>i Archeologicznego Gminy Hrubieszów w dniu 0</w:t>
      </w:r>
      <w:r w:rsidR="00012DE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.1</w:t>
      </w:r>
      <w:r w:rsidR="008922BD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.202</w:t>
      </w:r>
      <w:r w:rsidR="00012DE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r. </w:t>
      </w:r>
    </w:p>
    <w:p w14:paraId="7D357DF2" w14:textId="77777777" w:rsidR="006B3E6A" w:rsidRDefault="00000000">
      <w:pPr>
        <w:widowControl w:val="0"/>
        <w:spacing w:before="278" w:after="0" w:line="276" w:lineRule="exact"/>
        <w:ind w:left="216"/>
      </w:pPr>
      <w:r>
        <w:rPr>
          <w:rFonts w:ascii="Times New Roman" w:hAnsi="Times New Roman"/>
          <w:sz w:val="24"/>
        </w:rPr>
        <w:t>□ Oświadczam, iż dziecko/podopieczny posiada dobry stan zdrowia i nie ma przeciwwskazań</w:t>
      </w:r>
    </w:p>
    <w:p w14:paraId="082DA15B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medycznych do uczestnictwa w biegu. Informuję, że dziecko zapoznało się z regulaminem  </w:t>
      </w:r>
    </w:p>
    <w:p w14:paraId="5993DE06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i zobowiązuje się do jego przestrzegania.  </w:t>
      </w:r>
    </w:p>
    <w:p w14:paraId="18B96E57" w14:textId="77777777" w:rsidR="006B3E6A" w:rsidRDefault="00000000">
      <w:pPr>
        <w:widowControl w:val="0"/>
        <w:spacing w:before="276" w:after="0" w:line="276" w:lineRule="exact"/>
        <w:ind w:left="216"/>
      </w:pPr>
      <w:r>
        <w:rPr>
          <w:rFonts w:ascii="Times New Roman" w:hAnsi="Times New Roman"/>
          <w:sz w:val="24"/>
        </w:rPr>
        <w:t xml:space="preserve">□ Na podstawie art. 6 ust. 1 lit. a Rozporządzenia Parlamentu Europejskiego i Rady (UE) </w:t>
      </w:r>
    </w:p>
    <w:p w14:paraId="1CCAB123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2016/679 z dnia 27 kwietnia 2016 r. w sprawie ochrony osób fizycznych w związku  </w:t>
      </w:r>
    </w:p>
    <w:p w14:paraId="26FA41AA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z przetwarzaniem danych osobowych i  w sprawie swobodnego przepływu takich danych oraz </w:t>
      </w:r>
    </w:p>
    <w:p w14:paraId="69B5E834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uchylenia dyrektywy 95/46/WE (ogólne rozporządzenie o ochronie danych) z dnia 27 </w:t>
      </w:r>
    </w:p>
    <w:p w14:paraId="0299FDBE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>kwietnia 2016 r. (Dz.Urz.UE.L Nr 119, str. 1) oświadczam, że wyrażam zgodę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na </w:t>
      </w:r>
    </w:p>
    <w:p w14:paraId="68A8163F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przetwarzanie danych osobowych mojego dziecka/podopiecznego niezbędnych do </w:t>
      </w:r>
    </w:p>
    <w:p w14:paraId="136A5FE2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przeprowadzenia biegu organizowanego przez Gminę Hrubieszów oraz Centrum Dziedzictwa </w:t>
      </w:r>
    </w:p>
    <w:p w14:paraId="72ED2848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Kulturowego i Archeologicznego Gminy Hrubieszów. Zgoda obejmuje przetwarzanie takich </w:t>
      </w:r>
    </w:p>
    <w:p w14:paraId="0F2F416E" w14:textId="77777777" w:rsidR="006B3E6A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>danych jak: wizerunek, imię, nazwisko.</w:t>
      </w:r>
      <w:r>
        <w:rPr>
          <w:rFonts w:ascii="Times New Roman" w:hAnsi="Times New Roman"/>
          <w:i/>
          <w:sz w:val="24"/>
        </w:rPr>
        <w:t xml:space="preserve"> </w:t>
      </w:r>
    </w:p>
    <w:p w14:paraId="22EDC266" w14:textId="77777777" w:rsidR="006B3E6A" w:rsidRDefault="00000000">
      <w:pPr>
        <w:widowControl w:val="0"/>
        <w:spacing w:before="2209" w:after="0" w:line="276" w:lineRule="exact"/>
        <w:ind w:left="6229"/>
      </w:pPr>
      <w:r>
        <w:rPr>
          <w:rFonts w:ascii="Times New Roman" w:hAnsi="Times New Roman"/>
          <w:sz w:val="24"/>
        </w:rPr>
        <w:t xml:space="preserve">………………………………... </w:t>
      </w:r>
    </w:p>
    <w:p w14:paraId="512D5376" w14:textId="7A260BBF" w:rsidR="006B3E6A" w:rsidRDefault="00012DE7" w:rsidP="00012DE7">
      <w:pPr>
        <w:widowControl w:val="0"/>
        <w:spacing w:after="0" w:line="276" w:lineRule="exact"/>
        <w:sectPr w:rsidR="006B3E6A">
          <w:pgSz w:w="11906" w:h="16838"/>
          <w:pgMar w:top="1200" w:right="800" w:bottom="800" w:left="1200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Data i czytelny podpis</w:t>
      </w:r>
    </w:p>
    <w:p w14:paraId="52E7BE9E" w14:textId="16067738" w:rsidR="006B3E6A" w:rsidRDefault="006B3E6A" w:rsidP="00012DE7">
      <w:pPr>
        <w:widowControl w:val="0"/>
        <w:spacing w:before="884" w:after="0" w:line="196" w:lineRule="exact"/>
      </w:pPr>
    </w:p>
    <w:p w14:paraId="1D4A4BA2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Informacja dotycząca przetwarzania danych osobowych </w:t>
      </w:r>
    </w:p>
    <w:p w14:paraId="464448EA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W związku z realizacją wymogów Rozporządzenia Parlamentu Europejskiego i Rady (UE) 2016/679 z dnia 27 kwietnia 2016 r. w sprawie </w:t>
      </w:r>
    </w:p>
    <w:p w14:paraId="44AE024A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ochrony osób fizycznych w związku z przetwarzaniem danych osobowych i w sprawie swobodnego przepływu takich danych oraz uchylenia </w:t>
      </w:r>
    </w:p>
    <w:p w14:paraId="629A9D15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dyrektywy 95/46/WE (ogólne rozporządzenie o ochronie danych – RODO) w szczególności art. 13 ust. 1 i ust. 2  wymienionego </w:t>
      </w:r>
    </w:p>
    <w:p w14:paraId="6089246A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rozporządzenia oraz w poszanowaniu Pani / Pana prawa do prywatności prosimy o zapoznanie się z poniższą informacją dotyczącą zasad </w:t>
      </w:r>
    </w:p>
    <w:p w14:paraId="0846E508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przetwarzania przez nas Pani / Pana danych osobowych, a także o przysługujących Pani/Panu prawach z tym związanych: </w:t>
      </w:r>
    </w:p>
    <w:p w14:paraId="22CD1450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>1. Administratorem Pani/Pana danych osobowych jest Gmina Hrubieszów z siedzibą ul. B. Prusa 8, 22 - 500  Hrubieszów.</w:t>
      </w:r>
    </w:p>
    <w:p w14:paraId="3091019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2. Administrator wyznaczył Inspektora Ochrony Danych, z którym może się Pani/Pan kontaktować we wszystkich sprawach </w:t>
      </w:r>
    </w:p>
    <w:p w14:paraId="45F64D4D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dotyczących przetwarzania danych osobowych oraz korzystania z praw związanych z przetwarzaniem danych, pisząc na adres </w:t>
      </w:r>
    </w:p>
    <w:p w14:paraId="1500683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siedziby Administratora lub poprzez email wysyłając wiadomość na adres: iod@hrubieszow-gmina.pl </w:t>
      </w:r>
    </w:p>
    <w:p w14:paraId="4BAA559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3. Pani/Pana danych osobowych przetwarzane są na podstawie art. 6 pkt 1 lit a RODO. Przetwarzanie będzie odbywać się zgodnie z </w:t>
      </w:r>
    </w:p>
    <w:p w14:paraId="60A1DB91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obowiązującymi przepisami prawa w celu promocji gminy Hrubieszów, dokumentowania, archiwizowania i rozpowszechniania </w:t>
      </w:r>
    </w:p>
    <w:p w14:paraId="3C712A7C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informacji o działaniach podejmowanych  lub  wspieranych  przez  Gminę Hrubieszów oraz Centrum Dziedzictwa. </w:t>
      </w:r>
    </w:p>
    <w:p w14:paraId="5C77A499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4. Pani/Pana dane osobowe w postaci wizerunku, imienia, nazwiska będą upublicznione w mediach społecznościowych Centrum </w:t>
      </w:r>
    </w:p>
    <w:p w14:paraId="74F25B58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Dziedzictwa Kulturowego i Archeologicznego Gminy Hrubieszów. </w:t>
      </w:r>
    </w:p>
    <w:p w14:paraId="10A7300A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5. Pani/Pana dane osobowe nie będą przechowywane dłużej, niż jest to konieczne dla celu, dla którego zostały zebrane i w czasie </w:t>
      </w:r>
    </w:p>
    <w:p w14:paraId="78EAA6DA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określonym przepisami prawa. Jeżeli dane zostały zebrane na podstawie zgody będą one przetwarzane do czasu wycofania przez </w:t>
      </w:r>
    </w:p>
    <w:p w14:paraId="5D0FF460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Panią/Pana zgody, jednakże z zachowaniem terminów pozwalających na dochodzenie lub obronę przed roszczeniami i/lub </w:t>
      </w:r>
    </w:p>
    <w:p w14:paraId="481EF86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wymogami prawa określonymi w przepisach odrębnych. </w:t>
      </w:r>
    </w:p>
    <w:p w14:paraId="672BF549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6. W związku z przetwarzaniem Pani/Pana danych osobowych przysługują Pani/Panu następujące uprawnienia: </w:t>
      </w:r>
    </w:p>
    <w:p w14:paraId="1C6DCD02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 w:cs="Calibri Light"/>
          <w:sz w:val="16"/>
        </w:rPr>
        <w:t></w:t>
      </w:r>
      <w:r w:rsidRPr="004F6460">
        <w:rPr>
          <w:rFonts w:ascii="Calibri Light" w:hAnsi="Calibri Light"/>
          <w:sz w:val="16"/>
        </w:rPr>
        <w:t xml:space="preserve"> prawo dostępu do danych osobowych, w tym prawo do uzyskania kopii tych danych; </w:t>
      </w:r>
    </w:p>
    <w:p w14:paraId="3B5E9740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 w:cs="Calibri Light"/>
          <w:sz w:val="16"/>
        </w:rPr>
        <w:t></w:t>
      </w:r>
      <w:r w:rsidRPr="004F6460">
        <w:rPr>
          <w:rFonts w:ascii="Calibri Light" w:hAnsi="Calibri Light"/>
          <w:sz w:val="16"/>
        </w:rPr>
        <w:t xml:space="preserve"> prawo do żądania sprostowania (poprawienia) danych osobowych; </w:t>
      </w:r>
    </w:p>
    <w:p w14:paraId="36DD3DB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 w:cs="Calibri Light"/>
          <w:sz w:val="16"/>
        </w:rPr>
        <w:t></w:t>
      </w:r>
      <w:r w:rsidRPr="004F6460">
        <w:rPr>
          <w:rFonts w:ascii="Calibri Light" w:hAnsi="Calibri Light"/>
          <w:sz w:val="16"/>
        </w:rPr>
        <w:t xml:space="preserve"> prawo do żądania usunięcia danych osobowych (tzw. prawo do bycia zapomnianym); </w:t>
      </w:r>
    </w:p>
    <w:p w14:paraId="6094F8DB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 w:cs="Calibri Light"/>
          <w:sz w:val="16"/>
        </w:rPr>
        <w:t></w:t>
      </w:r>
      <w:r w:rsidRPr="004F6460">
        <w:rPr>
          <w:rFonts w:ascii="Calibri Light" w:hAnsi="Calibri Light"/>
          <w:sz w:val="16"/>
        </w:rPr>
        <w:t xml:space="preserve"> prawo do żądania ograniczenia przetwarzania danych osobowych; </w:t>
      </w:r>
    </w:p>
    <w:p w14:paraId="4E1BDAED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 w:cs="Calibri Light"/>
          <w:sz w:val="16"/>
        </w:rPr>
        <w:t></w:t>
      </w:r>
      <w:r w:rsidRPr="004F6460">
        <w:rPr>
          <w:rFonts w:ascii="Calibri Light" w:hAnsi="Calibri Light"/>
          <w:sz w:val="16"/>
        </w:rPr>
        <w:t xml:space="preserve"> prawo cofnięcia zgody na przetwarzanie danych osobowych w dowolnym momencie bez wpływu na zgodność z prawem </w:t>
      </w:r>
    </w:p>
    <w:p w14:paraId="1DAA891F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przetwarzania, którego dokonano na podstawie zgody przed jej cofnięciem.  </w:t>
      </w:r>
    </w:p>
    <w:p w14:paraId="325B27A1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Wymienione powyżej prawa mogą być ograniczone w sytuacjach, kiedy nasza instytucja jest zobowiązana prawnie </w:t>
      </w:r>
    </w:p>
    <w:p w14:paraId="6E0C1C42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do przetwarzania danych osobowych w celu realizacji obowiązku ustawowego lub wykonania zadania realizowanego w interesie </w:t>
      </w:r>
    </w:p>
    <w:p w14:paraId="61A508D6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publicznym. </w:t>
      </w:r>
    </w:p>
    <w:p w14:paraId="1350D322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7. Niezależnie od celu przetwarzania Pani/Pana danych osobowych przez naszą instytucję przysługuje Pani/Panu prawo wniesienia </w:t>
      </w:r>
    </w:p>
    <w:p w14:paraId="1EC08D9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skargi do organu nadzorczego w przypadku, gdy przetwarzanie danych odbywa się z naruszeniem przepisów obowiązującego </w:t>
      </w:r>
    </w:p>
    <w:p w14:paraId="5C043284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prawa. Skargę może Pani/Pan wnieść do Prezesa Urzędu Ochrony Danych Osobowych z siedzibą ul. Stawki 2, 00-193 Warszawa. </w:t>
      </w:r>
    </w:p>
    <w:p w14:paraId="2812E44C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8. Podanie danych osobowych co do zasady jest dobrowolne, z wyjątkiem sytuacji, gdy ich przetwarzanie wynika z przepisu prawa. </w:t>
      </w:r>
    </w:p>
    <w:p w14:paraId="77CCF220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W przypadku, gdy podanie danych osobowych wynika z przepisu prawa niepodanie danych będzie skutkować niemożliwością </w:t>
      </w:r>
    </w:p>
    <w:p w14:paraId="0C71B083" w14:textId="77777777" w:rsidR="004F6460" w:rsidRPr="004F6460" w:rsidRDefault="004F6460" w:rsidP="004F6460">
      <w:pPr>
        <w:widowControl w:val="0"/>
        <w:spacing w:after="0" w:line="196" w:lineRule="exact"/>
        <w:rPr>
          <w:rFonts w:ascii="Calibri Light" w:hAnsi="Calibri Light"/>
          <w:sz w:val="16"/>
        </w:rPr>
      </w:pPr>
      <w:r w:rsidRPr="004F6460">
        <w:rPr>
          <w:rFonts w:ascii="Calibri Light" w:hAnsi="Calibri Light"/>
          <w:sz w:val="16"/>
        </w:rPr>
        <w:t xml:space="preserve">realizacji celu, dla którego dane były przetwarzane. </w:t>
      </w:r>
    </w:p>
    <w:p w14:paraId="089368D5" w14:textId="23BBB4E1" w:rsidR="006B3E6A" w:rsidRDefault="00000000" w:rsidP="004F6460">
      <w:pPr>
        <w:widowControl w:val="0"/>
        <w:spacing w:after="0" w:line="196" w:lineRule="exact"/>
      </w:pPr>
      <w:r>
        <w:rPr>
          <w:rFonts w:ascii="Calibri Light" w:hAnsi="Calibri Light"/>
          <w:sz w:val="16"/>
        </w:rPr>
        <w:t xml:space="preserve"> </w:t>
      </w:r>
    </w:p>
    <w:sectPr w:rsidR="006B3E6A" w:rsidSect="00034616">
      <w:pgSz w:w="11906" w:h="16838"/>
      <w:pgMar w:top="1200" w:right="800" w:bottom="80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215DDB"/>
    <w:multiLevelType w:val="hybridMultilevel"/>
    <w:tmpl w:val="AA5E6944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7AD225C7"/>
    <w:multiLevelType w:val="multilevel"/>
    <w:tmpl w:val="F8B26A92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eastAsiaTheme="minorHAnsi" w:hAnsi="Calibri Light" w:cs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7349524">
    <w:abstractNumId w:val="8"/>
  </w:num>
  <w:num w:numId="2" w16cid:durableId="1138649533">
    <w:abstractNumId w:val="6"/>
  </w:num>
  <w:num w:numId="3" w16cid:durableId="827596117">
    <w:abstractNumId w:val="5"/>
  </w:num>
  <w:num w:numId="4" w16cid:durableId="457072751">
    <w:abstractNumId w:val="4"/>
  </w:num>
  <w:num w:numId="5" w16cid:durableId="1853571501">
    <w:abstractNumId w:val="7"/>
  </w:num>
  <w:num w:numId="6" w16cid:durableId="2104764419">
    <w:abstractNumId w:val="3"/>
  </w:num>
  <w:num w:numId="7" w16cid:durableId="1852257380">
    <w:abstractNumId w:val="2"/>
  </w:num>
  <w:num w:numId="8" w16cid:durableId="1915628073">
    <w:abstractNumId w:val="1"/>
  </w:num>
  <w:num w:numId="9" w16cid:durableId="1537304579">
    <w:abstractNumId w:val="0"/>
  </w:num>
  <w:num w:numId="10" w16cid:durableId="7262956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10482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DE7"/>
    <w:rsid w:val="00034616"/>
    <w:rsid w:val="0006063C"/>
    <w:rsid w:val="0015074B"/>
    <w:rsid w:val="0029639D"/>
    <w:rsid w:val="00326F90"/>
    <w:rsid w:val="003A3E74"/>
    <w:rsid w:val="004F6460"/>
    <w:rsid w:val="006B3E6A"/>
    <w:rsid w:val="008922BD"/>
    <w:rsid w:val="00AA1D8D"/>
    <w:rsid w:val="00B47730"/>
    <w:rsid w:val="00CB0664"/>
    <w:rsid w:val="00F21F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6FE6E"/>
  <w14:defaultImageDpi w14:val="300"/>
  <w15:docId w15:val="{7B455241-35B7-49F7-AA5D-7C082E8D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Mariusz MZ. Zając</cp:lastModifiedBy>
  <cp:revision>4</cp:revision>
  <dcterms:created xsi:type="dcterms:W3CDTF">2026-10-23T05:53:00Z</dcterms:created>
  <dcterms:modified xsi:type="dcterms:W3CDTF">2026-10-23T06:01:00Z</dcterms:modified>
  <cp:category/>
</cp:coreProperties>
</file>