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F5A8" w14:textId="77777777" w:rsidR="009D11C0" w:rsidRDefault="00000000">
      <w:pPr>
        <w:spacing w:after="20"/>
        <w:jc w:val="center"/>
      </w:pPr>
      <w:r>
        <w:rPr>
          <w:b/>
          <w:color w:val="225E34"/>
          <w:sz w:val="36"/>
        </w:rPr>
        <w:t>KARTA ZGŁOSZENIOWA</w:t>
      </w:r>
    </w:p>
    <w:p w14:paraId="47CDEF98" w14:textId="77777777" w:rsidR="009D11C0" w:rsidRDefault="00000000">
      <w:pPr>
        <w:spacing w:after="0"/>
        <w:jc w:val="center"/>
      </w:pPr>
      <w:r>
        <w:rPr>
          <w:b/>
          <w:sz w:val="26"/>
        </w:rPr>
        <w:t>Rajd Rowerowy po Gminie Hrubieszów</w:t>
      </w:r>
    </w:p>
    <w:p w14:paraId="426D7196" w14:textId="77777777" w:rsidR="009D11C0" w:rsidRDefault="00000000">
      <w:pPr>
        <w:spacing w:after="140"/>
        <w:jc w:val="center"/>
      </w:pPr>
      <w:r>
        <w:rPr>
          <w:b/>
          <w:color w:val="225E34"/>
          <w:sz w:val="22"/>
        </w:rPr>
        <w:t>8–9 sierpnia 2026 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D11C0" w14:paraId="77911942" w14:textId="77777777">
        <w:trPr>
          <w:cantSplit/>
          <w:jc w:val="center"/>
        </w:trPr>
        <w:tc>
          <w:tcPr>
            <w:tcW w:w="10036" w:type="dxa"/>
            <w:tcBorders>
              <w:top w:val="single" w:sz="8" w:space="0" w:color="5D8A68"/>
              <w:left w:val="single" w:sz="8" w:space="0" w:color="5D8A68"/>
              <w:bottom w:val="single" w:sz="8" w:space="0" w:color="5D8A68"/>
              <w:right w:val="single" w:sz="8" w:space="0" w:color="5D8A68"/>
            </w:tcBorders>
            <w:shd w:val="clear" w:color="auto" w:fill="EAF2EC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AB5963" w14:textId="23F852B4" w:rsidR="009D11C0" w:rsidRDefault="00000000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Zgłoszenie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należy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wypełnić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czytelnie</w:t>
            </w:r>
            <w:proofErr w:type="spellEnd"/>
            <w:r>
              <w:rPr>
                <w:b/>
                <w:sz w:val="17"/>
              </w:rPr>
              <w:t xml:space="preserve"> i podpisać.</w:t>
            </w:r>
          </w:p>
        </w:tc>
      </w:tr>
    </w:tbl>
    <w:p w14:paraId="1482E134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1. DANE UCZESTNIKA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73"/>
      </w:tblGrid>
      <w:tr w:rsidR="009D11C0" w14:paraId="673432A7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C0654D7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Imię i nazwisko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9F1AADA" w14:textId="77777777" w:rsidR="009D11C0" w:rsidRDefault="009D11C0">
            <w:pPr>
              <w:spacing w:after="0"/>
            </w:pPr>
          </w:p>
        </w:tc>
      </w:tr>
      <w:tr w:rsidR="009D11C0" w14:paraId="29076FA0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888191E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Data urodzenia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83875AD" w14:textId="77777777" w:rsidR="009D11C0" w:rsidRDefault="00000000">
            <w:pPr>
              <w:spacing w:after="0"/>
            </w:pPr>
            <w:r>
              <w:rPr>
                <w:sz w:val="17"/>
              </w:rPr>
              <w:t>........................................      ☐ osoba pełnoletnia      ☐ osoba niepełnoletnia</w:t>
            </w:r>
          </w:p>
        </w:tc>
      </w:tr>
      <w:tr w:rsidR="009D11C0" w14:paraId="07461E1E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D5217AE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Adres zamieszkania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1633DC8" w14:textId="77777777" w:rsidR="009D11C0" w:rsidRDefault="009D11C0">
            <w:pPr>
              <w:spacing w:after="0"/>
            </w:pPr>
          </w:p>
        </w:tc>
      </w:tr>
      <w:tr w:rsidR="009D11C0" w14:paraId="46B284A6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7FE0D23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Telefon kontaktowy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84ABFF2" w14:textId="77777777" w:rsidR="009D11C0" w:rsidRDefault="009D11C0">
            <w:pPr>
              <w:spacing w:after="0"/>
            </w:pPr>
          </w:p>
        </w:tc>
      </w:tr>
      <w:tr w:rsidR="009D11C0" w14:paraId="02D3D1EB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997B70F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Adres e-mail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C56A3B9" w14:textId="77777777" w:rsidR="009D11C0" w:rsidRDefault="009D11C0">
            <w:pPr>
              <w:spacing w:after="0"/>
            </w:pPr>
          </w:p>
        </w:tc>
      </w:tr>
    </w:tbl>
    <w:p w14:paraId="1328D274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2. ZAKRES UDZIAŁU I NOCLEG</w:t>
      </w:r>
    </w:p>
    <w:p w14:paraId="201E7AD2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Uczestniczę w obu dniach Rajdu (8 i 9 sierpnia 2026 r.).</w:t>
      </w:r>
    </w:p>
    <w:p w14:paraId="4C5A8A21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Uczestniczę tylko 8 sierpnia 2026 r. (Dzień I).</w:t>
      </w:r>
    </w:p>
    <w:p w14:paraId="4871E489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Uczestniczę tylko 9 sierpnia 2026 r. (Dzień II).</w:t>
      </w:r>
    </w:p>
    <w:p w14:paraId="54593FB9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Korzystam z noclegu w świetlicy w Teptiukowie:   ☐ TAK   ☐ NIE</w:t>
      </w:r>
    </w:p>
    <w:p w14:paraId="1EF9A79A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3. KONTAKT W NAGŁYM WYPADKU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73"/>
      </w:tblGrid>
      <w:tr w:rsidR="009D11C0" w14:paraId="31466ECC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A9F7305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Imię i nazwisko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20C69E0" w14:textId="77777777" w:rsidR="009D11C0" w:rsidRDefault="009D11C0">
            <w:pPr>
              <w:spacing w:after="0"/>
            </w:pPr>
          </w:p>
        </w:tc>
      </w:tr>
      <w:tr w:rsidR="009D11C0" w14:paraId="230CC2B0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6155955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Telefon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C10FED4" w14:textId="77777777" w:rsidR="009D11C0" w:rsidRDefault="009D11C0">
            <w:pPr>
              <w:spacing w:after="0"/>
            </w:pPr>
          </w:p>
        </w:tc>
      </w:tr>
      <w:tr w:rsidR="009D11C0" w14:paraId="1CCAEF6B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B95B234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Relacja z uczestnikiem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8E24DAD" w14:textId="77777777" w:rsidR="009D11C0" w:rsidRDefault="009D11C0">
            <w:pPr>
              <w:spacing w:after="0"/>
            </w:pPr>
          </w:p>
        </w:tc>
      </w:tr>
    </w:tbl>
    <w:p w14:paraId="304FA23B" w14:textId="77777777" w:rsidR="009D11C0" w:rsidRDefault="00000000">
      <w:pPr>
        <w:pStyle w:val="SmallNote"/>
      </w:pPr>
      <w:r>
        <w:rPr>
          <w:i/>
        </w:rPr>
        <w:t>Osoba wskazana powyżej nie jest uczestnikiem Rajdu, chyba że złoży własną kartę zgłoszeniową.</w:t>
      </w:r>
    </w:p>
    <w:p w14:paraId="7A0F7A69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4. OŚWIADCZENIA UCZESTNIKA</w:t>
      </w:r>
    </w:p>
    <w:p w14:paraId="3ED80B33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Zapoznałem/am się z Regulaminem Rajdu Rowerowego po Gminie Hrubieszów i akceptuję jego postanowienia.</w:t>
      </w:r>
    </w:p>
    <w:p w14:paraId="01328384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Mój stan zdrowia i umiejętności pozwalają na bezpieczne pokonanie wybranej trasy. Zobowiązuję się poinformować obsługę Rajdu o urazie, awarii, złym samopoczuciu lub innym zagrożeniu.</w:t>
      </w:r>
    </w:p>
    <w:p w14:paraId="09EC0638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Będę uczestniczyć na sprawnym technicznie rowerze i przez cały czas jazdy używać prawidłowo dopasowanego oraz zapiętego kasku rowerowego.</w:t>
      </w:r>
    </w:p>
    <w:p w14:paraId="3EB74CB7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Zobowiązuję się przestrzegać przepisów ruchu drogowego, poleceń Organizatorów, przewodnika i osób zabezpieczających oraz nie opuszczać grupy bez poinformowania obsługi Rajdu.</w:t>
      </w:r>
    </w:p>
    <w:p w14:paraId="1906DA91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Przyjmuję do wiadomości, że Rajd odbywa się przy niewstrzymanym ruchu drogowym, nie jest wyścigiem i uczestniczę w nim na własną odpowiedzialność, z uwzględnieniem zasad odpowiedzialności określonych w powszechnie obowiązujących przepisach.</w:t>
      </w:r>
    </w:p>
    <w:p w14:paraId="36FBB2CF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Przyjmuję do wiadomości, że podczas Rajdu obowiązuje zakaz spożywania alkoholu i używania środków odurzających.</w:t>
      </w:r>
    </w:p>
    <w:p w14:paraId="710789A3" w14:textId="77777777" w:rsidR="009D11C0" w:rsidRDefault="00000000">
      <w:pPr>
        <w:pStyle w:val="SmallNote"/>
        <w:spacing w:before="40"/>
      </w:pPr>
      <w:r>
        <w:rPr>
          <w:b/>
        </w:rPr>
        <w:t>Wszystkie powyższe oświadczenia są wymagane do udziału w Rajdzie.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9D11C0" w14:paraId="7408FA28" w14:textId="77777777">
        <w:trPr>
          <w:cantSplit/>
          <w:jc w:val="center"/>
        </w:trPr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49381545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0794D701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</w:tr>
      <w:tr w:rsidR="009D11C0" w14:paraId="65041A11" w14:textId="77777777">
        <w:trPr>
          <w:cantSplit/>
          <w:jc w:val="center"/>
        </w:trPr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1771C499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miejscowość i data</w:t>
            </w:r>
          </w:p>
        </w:tc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028FE300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czytelny podpis uczestnika</w:t>
            </w:r>
          </w:p>
        </w:tc>
      </w:tr>
    </w:tbl>
    <w:p w14:paraId="6968D851" w14:textId="77777777" w:rsidR="009D11C0" w:rsidRDefault="00000000">
      <w:r>
        <w:br w:type="page"/>
      </w:r>
    </w:p>
    <w:p w14:paraId="763F799C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lastRenderedPageBreak/>
        <w:t>5. ZGODA I WSKAZANIE OPIEKUNA OSOBY NIEPEŁNOLETNIEJ</w:t>
      </w:r>
    </w:p>
    <w:p w14:paraId="7C293BDF" w14:textId="77777777" w:rsidR="009D11C0" w:rsidRDefault="00000000">
      <w:pPr>
        <w:pStyle w:val="SmallNote"/>
      </w:pPr>
      <w:r>
        <w:rPr>
          <w:i/>
        </w:rPr>
        <w:t>Sekcję 5 wypełnia rodzic lub opiekun prawny uczestnika, który w dniu Rajdu nie ma ukończonych 18 lat.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73"/>
      </w:tblGrid>
      <w:tr w:rsidR="009D11C0" w14:paraId="5D45127C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4EAD0EC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Imię i nazwisko rodzica/opiekuna prawnego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F5DD1C3" w14:textId="77777777" w:rsidR="009D11C0" w:rsidRDefault="009D11C0">
            <w:pPr>
              <w:spacing w:after="0"/>
            </w:pPr>
          </w:p>
        </w:tc>
      </w:tr>
      <w:tr w:rsidR="009D11C0" w14:paraId="3082CCE5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DE3076C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Telefon kontaktowy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9A0950C" w14:textId="77777777" w:rsidR="009D11C0" w:rsidRDefault="009D11C0">
            <w:pPr>
              <w:spacing w:after="0"/>
            </w:pPr>
          </w:p>
        </w:tc>
      </w:tr>
      <w:tr w:rsidR="009D11C0" w14:paraId="561A0EF7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8DE6462" w14:textId="77777777" w:rsidR="009D11C0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Imię</w:t>
            </w:r>
            <w:proofErr w:type="spellEnd"/>
            <w:r>
              <w:rPr>
                <w:b/>
                <w:sz w:val="17"/>
              </w:rPr>
              <w:t xml:space="preserve"> i </w:t>
            </w:r>
            <w:proofErr w:type="spellStart"/>
            <w:r>
              <w:rPr>
                <w:b/>
                <w:sz w:val="17"/>
              </w:rPr>
              <w:t>nazwisko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pełnoletniego</w:t>
            </w:r>
            <w:proofErr w:type="spellEnd"/>
            <w:r>
              <w:rPr>
                <w:b/>
                <w:sz w:val="17"/>
              </w:rPr>
              <w:t xml:space="preserve"> opiekuna podczas Rajdu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6BDB01D" w14:textId="77777777" w:rsidR="009D11C0" w:rsidRDefault="009D11C0">
            <w:pPr>
              <w:spacing w:after="0"/>
            </w:pPr>
          </w:p>
        </w:tc>
      </w:tr>
      <w:tr w:rsidR="009D11C0" w14:paraId="6E75C2F5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0BD100B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Telefon pełnoletniego opiekuna podczas Rajdu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01D4892" w14:textId="77777777" w:rsidR="009D11C0" w:rsidRDefault="009D11C0">
            <w:pPr>
              <w:spacing w:after="0"/>
            </w:pPr>
          </w:p>
        </w:tc>
      </w:tr>
      <w:tr w:rsidR="009D11C0" w14:paraId="262FFB9E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1F4F1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6C51A81" w14:textId="77777777" w:rsidR="009D11C0" w:rsidRDefault="00000000">
            <w:pPr>
              <w:spacing w:after="0"/>
            </w:pPr>
            <w:r>
              <w:rPr>
                <w:b/>
                <w:sz w:val="17"/>
              </w:rPr>
              <w:t>Relacja z uczestnikiem</w:t>
            </w:r>
          </w:p>
        </w:tc>
        <w:tc>
          <w:tcPr>
            <w:tcW w:w="697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296971D" w14:textId="77777777" w:rsidR="009D11C0" w:rsidRDefault="009D11C0">
            <w:pPr>
              <w:spacing w:after="0"/>
            </w:pPr>
          </w:p>
        </w:tc>
      </w:tr>
    </w:tbl>
    <w:p w14:paraId="19D4AC33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Pełnoletnim opiekunem podczas Rajdu będzie rodzic/opiekun prawny wskazany powyżej.</w:t>
      </w:r>
    </w:p>
    <w:p w14:paraId="0EDEE52A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Wyrażam zgodę na udział osoby niepełnoletniej wskazanej w tej karcie w Rajdzie w zaznaczonym zakresie oraz potwierdzam, że będzie ona pozostawać pod bezpośrednią opieką wskazanej osoby pełnoletniej.</w:t>
      </w:r>
    </w:p>
    <w:p w14:paraId="180A3E6C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Potwierdzam zapoznanie się z Regulaminem Rajdu oraz zobowiązuję się zapewnić, aby osoba niepełnoletnia i jej opiekun przestrzegali jego postanowień.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9D11C0" w14:paraId="720C7203" w14:textId="77777777">
        <w:trPr>
          <w:cantSplit/>
          <w:jc w:val="center"/>
        </w:trPr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5C09779F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723EE60D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</w:tr>
      <w:tr w:rsidR="009D11C0" w14:paraId="242C6FC0" w14:textId="77777777">
        <w:trPr>
          <w:cantSplit/>
          <w:jc w:val="center"/>
        </w:trPr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627ECF81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miejscowość i data</w:t>
            </w:r>
          </w:p>
        </w:tc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35EB6FCA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czytelny podpis rodzica/opiekuna prawnego</w:t>
            </w:r>
          </w:p>
        </w:tc>
      </w:tr>
    </w:tbl>
    <w:p w14:paraId="57C7EAA5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6. DOBROWOLNA ZGODA NA ROZPOWSZECHNIANIE WIZERUNKU</w:t>
      </w:r>
    </w:p>
    <w:p w14:paraId="2B81AA3D" w14:textId="77777777" w:rsidR="009D11C0" w:rsidRDefault="00000000">
      <w:pPr>
        <w:spacing w:after="60"/>
      </w:pPr>
      <w:r>
        <w:rPr>
          <w:b/>
          <w:sz w:val="17"/>
        </w:rPr>
        <w:t>Decyzja dotycząca wizerunku nie wpływa na możliwość udziału w Rajdzie. Proszę zaznaczyć jedną odpowiedź:</w:t>
      </w:r>
    </w:p>
    <w:p w14:paraId="286CA806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WYRAŻAM ZGODĘ na nieodpłatne utrwalanie i rozpowszechnianie mojego wizerunku / wizerunku mojego dziecka* zarejestrowanego podczas Rajdu, w celu dokumentowania i promocji wydarzenia oraz Gminy Hrubieszów, w szczególności na stronach internetowych, w mediach społecznościowych i materiałach informacyjno-promocyjnych Organizatorów.</w:t>
      </w:r>
    </w:p>
    <w:p w14:paraId="6B76BB0E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NIE WYRAŻAM ZGODY na rozpowszechnianie rozpoznawalnego wizerunku mojego / mojego dziecka*.</w:t>
      </w:r>
    </w:p>
    <w:p w14:paraId="44F2EFDD" w14:textId="77777777" w:rsidR="009D11C0" w:rsidRDefault="00000000">
      <w:pPr>
        <w:pStyle w:val="SmallNote"/>
      </w:pPr>
      <w:r>
        <w:rPr>
          <w:i/>
        </w:rPr>
        <w:t>* Niepotrzebne skreślić. Zgodę można wycofać w dowolnym momencie, bez wpływu na zgodność z prawem działań podjętych przed jej wycofaniem. Wycofanie zgody nie obejmuje sytuacji, w których rozpowszechnianie wizerunku jest dopuszczalne bez zgody na podstawie przepisów prawa.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9D11C0" w14:paraId="157C7CD6" w14:textId="77777777">
        <w:trPr>
          <w:cantSplit/>
          <w:jc w:val="center"/>
        </w:trPr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36E8BACA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1952B87E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</w:tr>
      <w:tr w:rsidR="009D11C0" w14:paraId="30B68807" w14:textId="77777777">
        <w:trPr>
          <w:cantSplit/>
          <w:jc w:val="center"/>
        </w:trPr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63CDE705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miejscowość i data</w:t>
            </w:r>
          </w:p>
        </w:tc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6D249D61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podpis uczestnika pełnoletniego lub rodzica/opiekuna prawnego</w:t>
            </w:r>
          </w:p>
        </w:tc>
      </w:tr>
    </w:tbl>
    <w:p w14:paraId="658D3CB2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t>7. POTWIERDZENIE ZAPOZNANIA SIĘ Z INFORMACJĄ RODO</w:t>
      </w:r>
    </w:p>
    <w:p w14:paraId="765E75CB" w14:textId="77777777" w:rsidR="009D11C0" w:rsidRDefault="00000000">
      <w:pPr>
        <w:keepLines/>
        <w:spacing w:after="30"/>
      </w:pPr>
      <w:r>
        <w:rPr>
          <w:rFonts w:ascii="DejaVu Sans" w:hAnsi="DejaVu Sans"/>
          <w:sz w:val="20"/>
        </w:rPr>
        <w:t xml:space="preserve">☐ </w:t>
      </w:r>
      <w:r>
        <w:rPr>
          <w:sz w:val="17"/>
        </w:rPr>
        <w:t>Potwierdzam, że zapoznałem/am się z informacją dotyczącą przetwarzania danych osobowych zamieszczoną na następnej stronie.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9D11C0" w14:paraId="74370F7E" w14:textId="77777777">
        <w:trPr>
          <w:cantSplit/>
          <w:jc w:val="center"/>
        </w:trPr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20D9D3A0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  <w:tc>
          <w:tcPr>
            <w:tcW w:w="4961" w:type="dxa"/>
            <w:tcMar>
              <w:top w:w="150" w:type="dxa"/>
              <w:left w:w="80" w:type="dxa"/>
              <w:bottom w:w="100" w:type="dxa"/>
              <w:right w:w="80" w:type="dxa"/>
            </w:tcMar>
          </w:tcPr>
          <w:p w14:paraId="5F9863BC" w14:textId="77777777" w:rsidR="009D11C0" w:rsidRDefault="00000000">
            <w:pPr>
              <w:spacing w:after="0"/>
              <w:jc w:val="center"/>
            </w:pPr>
            <w:r>
              <w:rPr>
                <w:sz w:val="16"/>
              </w:rPr>
              <w:t>................................................................</w:t>
            </w:r>
          </w:p>
        </w:tc>
      </w:tr>
      <w:tr w:rsidR="009D11C0" w14:paraId="00E826E9" w14:textId="77777777">
        <w:trPr>
          <w:cantSplit/>
          <w:jc w:val="center"/>
        </w:trPr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7F5A39B3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miejscowość i data</w:t>
            </w:r>
          </w:p>
        </w:tc>
        <w:tc>
          <w:tcPr>
            <w:tcW w:w="4961" w:type="dxa"/>
            <w:tcMar>
              <w:top w:w="0" w:type="dxa"/>
              <w:left w:w="80" w:type="dxa"/>
              <w:bottom w:w="70" w:type="dxa"/>
              <w:right w:w="80" w:type="dxa"/>
            </w:tcMar>
          </w:tcPr>
          <w:p w14:paraId="43647BA4" w14:textId="77777777" w:rsidR="009D11C0" w:rsidRDefault="00000000">
            <w:pPr>
              <w:spacing w:after="0"/>
              <w:jc w:val="center"/>
            </w:pPr>
            <w:r>
              <w:rPr>
                <w:color w:val="505050"/>
                <w:sz w:val="15"/>
              </w:rPr>
              <w:t>podpis uczestnika pełnoletniego lub rodzica/opiekuna prawnego</w:t>
            </w:r>
          </w:p>
        </w:tc>
      </w:tr>
    </w:tbl>
    <w:p w14:paraId="6529746F" w14:textId="77777777" w:rsidR="009D11C0" w:rsidRDefault="00000000">
      <w:r>
        <w:br w:type="page"/>
      </w:r>
    </w:p>
    <w:p w14:paraId="0264C495" w14:textId="77777777" w:rsidR="009D11C0" w:rsidRDefault="00000000">
      <w:pPr>
        <w:keepNext/>
        <w:spacing w:before="140" w:after="60"/>
      </w:pPr>
      <w:r>
        <w:rPr>
          <w:b/>
          <w:color w:val="225E34"/>
          <w:sz w:val="20"/>
        </w:rPr>
        <w:lastRenderedPageBreak/>
        <w:t>INFORMACJA DOTYCZĄCA PRZETWARZANIA DANYCH OSOBOWYCH</w:t>
      </w:r>
    </w:p>
    <w:p w14:paraId="6ED6498A" w14:textId="77777777" w:rsidR="009D11C0" w:rsidRDefault="00000000">
      <w:pPr>
        <w:spacing w:after="80"/>
      </w:pPr>
      <w:r>
        <w:rPr>
          <w:i/>
          <w:sz w:val="16"/>
        </w:rPr>
        <w:t>Informacja została przygotowana w związku z art. 13 rozporządzenia Parlamentu Europejskiego i Rady (UE) 2016/679 (RODO).</w:t>
      </w:r>
    </w:p>
    <w:p w14:paraId="2DD022EE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1. </w:t>
      </w:r>
      <w:r>
        <w:rPr>
          <w:sz w:val="16"/>
        </w:rPr>
        <w:t>Administratorem danych osobowych jest Gmina Hrubieszów z siedzibą przy ul. Bolesława Prusa 8, 22-500 Hrubieszów, reprezentowana przez Wójta Gminy Hrubieszów.</w:t>
      </w:r>
    </w:p>
    <w:p w14:paraId="24D8CF51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2. </w:t>
      </w:r>
      <w:r>
        <w:rPr>
          <w:sz w:val="16"/>
        </w:rPr>
        <w:t>Administrator wyznaczył Inspektora Ochrony Danych. Z Inspektorem można kontaktować się we wszystkich sprawach dotyczących przetwarzania danych osobowych, pisząc na adres siedziby Administratora lub na adres e-mail: iod@hrubieszow-gmina.pl.</w:t>
      </w:r>
    </w:p>
    <w:p w14:paraId="2C961B83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3. </w:t>
      </w:r>
      <w:r>
        <w:rPr>
          <w:sz w:val="16"/>
        </w:rPr>
        <w:t>Dane osobowe są przetwarzane w celu przyjęcia i obsługi zgłoszenia, organizacji Rajdu, kontaktu z uczestnikiem, zapewnienia bezpieczeństwa i rozliczalności wydarzenia, a w przypadku udzielenia zgody na wizerunek – także w celu dokumentowania i promocji Rajdu oraz Gminy Hrubieszów.</w:t>
      </w:r>
    </w:p>
    <w:p w14:paraId="15AA3633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4. </w:t>
      </w:r>
      <w:r>
        <w:rPr>
          <w:sz w:val="16"/>
        </w:rPr>
        <w:t>Podstawą przetwarzania danych niezbędnych do zgłoszenia i udziału jest art. 6 ust. 1 lit. b RODO (działania podejmowane na żądanie osoby przed dopuszczeniem do udziału oraz realizacja zasad uczestnictwa wynikających ze zgłoszenia i Regulaminu), a w zakresie obowiązków prawnych i dokumentacyjnych – art. 6 ust. 1 lit. c RODO. Wizerunek jest przetwarzany na podstawie dobrowolnej zgody, tj. art. 6 ust. 1 lit. a RODO, chyba że przepis prawa zezwala na rozpowszechnianie wizerunku bez zgody.</w:t>
      </w:r>
    </w:p>
    <w:p w14:paraId="3DEE128D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5. </w:t>
      </w:r>
      <w:r>
        <w:rPr>
          <w:sz w:val="16"/>
        </w:rPr>
        <w:t>Odbiorcami danych mogą być podmioty wspierające Administratora przy organizacji i obsłudze Rajdu, dostawcy usług informatycznych i komunikacyjnych, podmioty świadczące usługi na podstawie umów powierzenia oraz organy i podmioty uprawnione na podstawie przepisów prawa. W przypadku zgody na publikację wizerunku odbiorcami mogą być użytkownicy stron internetowych, mediów społecznościowych i innych kanałów publikacji Organizatorów.</w:t>
      </w:r>
    </w:p>
    <w:p w14:paraId="714A84C2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6. </w:t>
      </w:r>
      <w:r>
        <w:rPr>
          <w:sz w:val="16"/>
        </w:rPr>
        <w:t>Dane związane ze zgłoszeniem będą przechowywane przez okres niezbędny do organizacji i rozliczenia Rajdu, a następnie przez czas wynikający z przepisów kancelaryjno-archiwalnych oraz okres niezbędny do ustalenia, dochodzenia lub obrony roszczeń. Dane przetwarzane na podstawie zgody będą przetwarzane do jej wycofania, z uwzględnieniem materiałów opublikowanych zgodnie z prawem przed wycofaniem zgody i obowiązujących okresów przechowywania.</w:t>
      </w:r>
    </w:p>
    <w:p w14:paraId="52D40900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7. </w:t>
      </w:r>
      <w:r>
        <w:rPr>
          <w:sz w:val="16"/>
        </w:rPr>
        <w:t>Osobie, której dane dotyczą, przysługuje – w granicach określonych przez RODO i zależnie od podstawy przetwarzania – prawo dostępu do danych, ich sprostowania, usunięcia, ograniczenia przetwarzania, przenoszenia danych oraz wniesienia sprzeciwu. W przypadku danych przetwarzanych na podstawie zgody przysługuje prawo wycofania zgody w dowolnym momencie, bez wpływu na zgodność z prawem przetwarzania dokonanego przed jej wycofaniem.</w:t>
      </w:r>
    </w:p>
    <w:p w14:paraId="2B6A2F06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8. </w:t>
      </w:r>
      <w:r>
        <w:rPr>
          <w:sz w:val="16"/>
        </w:rPr>
        <w:t>Osobie, której dane dotyczą, przysługuje prawo wniesienia skargi do Prezesa Urzędu Ochrony Danych Osobowych, jeżeli uzna, że przetwarzanie danych narusza przepisy RODO.</w:t>
      </w:r>
    </w:p>
    <w:p w14:paraId="239AD3D8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9. </w:t>
      </w:r>
      <w:r>
        <w:rPr>
          <w:sz w:val="16"/>
        </w:rPr>
        <w:t>Podanie danych wymaganych w karcie zgłoszeniowej jest dobrowolne, lecz niezbędne do przyjęcia zgłoszenia i udziału w Rajdzie. Zgoda na rozpowszechnianie wizerunku jest dobrowolna, a jej brak nie wpływa na możliwość udziału w Rajdzie.</w:t>
      </w:r>
    </w:p>
    <w:p w14:paraId="05BDD712" w14:textId="77777777" w:rsidR="009D11C0" w:rsidRDefault="00000000">
      <w:pPr>
        <w:keepLines/>
        <w:ind w:left="255" w:hanging="255"/>
      </w:pPr>
      <w:r>
        <w:rPr>
          <w:b/>
          <w:sz w:val="16"/>
        </w:rPr>
        <w:t xml:space="preserve">10. </w:t>
      </w:r>
      <w:r>
        <w:rPr>
          <w:sz w:val="16"/>
        </w:rPr>
        <w:t>Dane nie będą wykorzystywane do podejmowania decyzji w sposób wyłącznie zautomatyzowany, w tym do profilowania. W związku z publikacją materiałów w ogólnodostępnych serwisach internetowych lub mediach społecznościowych dane mogą stać się dostępne także poza Europejskim Obszarem Gospodarczym na zasadach określonych przez operatorów tych serwisów.</w:t>
      </w:r>
    </w:p>
    <w:p w14:paraId="45093CD7" w14:textId="7B96ED90" w:rsidR="004E61BC" w:rsidRDefault="004E61BC" w:rsidP="00CC0A67">
      <w:pPr>
        <w:spacing w:before="100" w:after="0"/>
      </w:pPr>
    </w:p>
    <w:sectPr w:rsidR="004E61BC" w:rsidSect="00034616">
      <w:headerReference w:type="default" r:id="rId8"/>
      <w:footerReference w:type="default" r:id="rId9"/>
      <w:pgSz w:w="11906" w:h="16838"/>
      <w:pgMar w:top="737" w:right="935" w:bottom="822" w:left="93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B5F2" w14:textId="77777777" w:rsidR="004E61BC" w:rsidRDefault="004E61BC">
      <w:pPr>
        <w:spacing w:after="0"/>
      </w:pPr>
      <w:r>
        <w:separator/>
      </w:r>
    </w:p>
  </w:endnote>
  <w:endnote w:type="continuationSeparator" w:id="0">
    <w:p w14:paraId="11016F2B" w14:textId="77777777" w:rsidR="004E61BC" w:rsidRDefault="004E61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B03C" w14:textId="77777777" w:rsidR="009D11C0" w:rsidRDefault="00000000">
    <w:pPr>
      <w:pStyle w:val="Stopka"/>
      <w:jc w:val="center"/>
    </w:pPr>
    <w:proofErr w:type="spellStart"/>
    <w:r>
      <w:rPr>
        <w:color w:val="5A5A5A"/>
        <w:sz w:val="15"/>
      </w:rPr>
      <w:t>Gmina</w:t>
    </w:r>
    <w:proofErr w:type="spellEnd"/>
    <w:r>
      <w:rPr>
        <w:color w:val="5A5A5A"/>
        <w:sz w:val="15"/>
      </w:rPr>
      <w:t xml:space="preserve"> Hrubieszów  •  tel. 84 696 26 81 </w:t>
    </w:r>
    <w:proofErr w:type="spellStart"/>
    <w:r>
      <w:rPr>
        <w:color w:val="5A5A5A"/>
        <w:sz w:val="15"/>
      </w:rPr>
      <w:t>wew</w:t>
    </w:r>
    <w:proofErr w:type="spellEnd"/>
    <w:r>
      <w:rPr>
        <w:color w:val="5A5A5A"/>
        <w:sz w:val="15"/>
      </w:rPr>
      <w:t>. 38  •  www.gminahrubieszow.pl</w:t>
    </w:r>
  </w:p>
  <w:p w14:paraId="183DB834" w14:textId="77777777" w:rsidR="009D11C0" w:rsidRDefault="00000000">
    <w:pPr>
      <w:jc w:val="right"/>
    </w:pPr>
    <w:r>
      <w:rPr>
        <w:color w:val="5A5A5A"/>
        <w:sz w:val="15"/>
      </w:rPr>
      <w:t xml:space="preserve">str. </w:t>
    </w:r>
    <w:r>
      <w:rPr>
        <w:color w:val="5A5A5A"/>
        <w:sz w:val="15"/>
      </w:rPr>
      <w:fldChar w:fldCharType="begin"/>
    </w:r>
    <w:r>
      <w:rPr>
        <w:color w:val="5A5A5A"/>
        <w:sz w:val="15"/>
      </w:rPr>
      <w:instrText>PAGE</w:instrText>
    </w:r>
    <w:r w:rsidR="00CC0A67">
      <w:rPr>
        <w:color w:val="5A5A5A"/>
        <w:sz w:val="15"/>
      </w:rPr>
      <w:fldChar w:fldCharType="separate"/>
    </w:r>
    <w:r w:rsidR="00CC0A67">
      <w:rPr>
        <w:noProof/>
        <w:color w:val="5A5A5A"/>
        <w:sz w:val="15"/>
      </w:rPr>
      <w:t>1</w:t>
    </w:r>
    <w:r>
      <w:rPr>
        <w:color w:val="5A5A5A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457B" w14:textId="77777777" w:rsidR="004E61BC" w:rsidRDefault="004E61BC">
      <w:pPr>
        <w:spacing w:after="0"/>
      </w:pPr>
      <w:r>
        <w:separator/>
      </w:r>
    </w:p>
  </w:footnote>
  <w:footnote w:type="continuationSeparator" w:id="0">
    <w:p w14:paraId="631E0773" w14:textId="77777777" w:rsidR="004E61BC" w:rsidRDefault="004E61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57EE" w14:textId="77777777" w:rsidR="009D11C0" w:rsidRDefault="00000000">
    <w:pPr>
      <w:pStyle w:val="Nagwek"/>
      <w:jc w:val="right"/>
    </w:pPr>
    <w:proofErr w:type="spellStart"/>
    <w:r>
      <w:rPr>
        <w:color w:val="5A5A5A"/>
        <w:sz w:val="15"/>
      </w:rPr>
      <w:t>Rajd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Rowerowy</w:t>
    </w:r>
    <w:proofErr w:type="spellEnd"/>
    <w:r>
      <w:rPr>
        <w:color w:val="5A5A5A"/>
        <w:sz w:val="15"/>
      </w:rPr>
      <w:t xml:space="preserve"> po </w:t>
    </w:r>
    <w:proofErr w:type="spellStart"/>
    <w:r>
      <w:rPr>
        <w:color w:val="5A5A5A"/>
        <w:sz w:val="15"/>
      </w:rPr>
      <w:t>Gminie</w:t>
    </w:r>
    <w:proofErr w:type="spellEnd"/>
    <w:r>
      <w:rPr>
        <w:color w:val="5A5A5A"/>
        <w:sz w:val="15"/>
      </w:rPr>
      <w:t xml:space="preserve"> Hrubieszów • 8–9 </w:t>
    </w:r>
    <w:proofErr w:type="spellStart"/>
    <w:r>
      <w:rPr>
        <w:color w:val="5A5A5A"/>
        <w:sz w:val="15"/>
      </w:rPr>
      <w:t>sierpnia</w:t>
    </w:r>
    <w:proofErr w:type="spellEnd"/>
    <w:r>
      <w:rPr>
        <w:color w:val="5A5A5A"/>
        <w:sz w:val="15"/>
      </w:rPr>
      <w:t xml:space="preserve">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5984707">
    <w:abstractNumId w:val="8"/>
  </w:num>
  <w:num w:numId="2" w16cid:durableId="532501437">
    <w:abstractNumId w:val="6"/>
  </w:num>
  <w:num w:numId="3" w16cid:durableId="250159449">
    <w:abstractNumId w:val="5"/>
  </w:num>
  <w:num w:numId="4" w16cid:durableId="348482898">
    <w:abstractNumId w:val="4"/>
  </w:num>
  <w:num w:numId="5" w16cid:durableId="2055961613">
    <w:abstractNumId w:val="7"/>
  </w:num>
  <w:num w:numId="6" w16cid:durableId="241456383">
    <w:abstractNumId w:val="3"/>
  </w:num>
  <w:num w:numId="7" w16cid:durableId="1894734141">
    <w:abstractNumId w:val="2"/>
  </w:num>
  <w:num w:numId="8" w16cid:durableId="26104848">
    <w:abstractNumId w:val="1"/>
  </w:num>
  <w:num w:numId="9" w16cid:durableId="153866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61BC"/>
    <w:rsid w:val="009D11C0"/>
    <w:rsid w:val="00AA1D8D"/>
    <w:rsid w:val="00B47730"/>
    <w:rsid w:val="00CB0664"/>
    <w:rsid w:val="00CC0A67"/>
    <w:rsid w:val="00E35A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991C1"/>
  <w14:defaultImageDpi w14:val="300"/>
  <w15:docId w15:val="{F7DDDFD9-22AD-43BB-9951-9D46D7BD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20"/>
    </w:pPr>
    <w:rPr>
      <w:rFonts w:ascii="Arial" w:hAnsi="Arial"/>
      <w:color w:val="505050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1122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– Rajd Rowerowy po Gminie Hrubieszów 2026</dc:title>
  <dc:subject>Formularz zgłoszeniowy uczestnika Rajdu Rowerowego po Gminie Hrubieszów, 8–9 sierpnia 2026 r.</dc:subject>
  <dc:creator>Gmina Hrubieszów</dc:creator>
  <cp:keywords>rajd rowerowy, karta zgłoszeniowa, Gmina Hrubieszów, 2026</cp:keywords>
  <dc:description>generated by python-docx</dc:description>
  <cp:lastModifiedBy>Mariusz MZ. Zając</cp:lastModifiedBy>
  <cp:revision>2</cp:revision>
  <dcterms:created xsi:type="dcterms:W3CDTF">2013-12-23T23:15:00Z</dcterms:created>
  <dcterms:modified xsi:type="dcterms:W3CDTF">2026-07-23T10:50:00Z</dcterms:modified>
  <cp:category/>
</cp:coreProperties>
</file>